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8C5D8" w14:textId="7F6703A0" w:rsidR="0092207E" w:rsidRDefault="00000000">
      <w:pPr>
        <w:spacing w:after="160"/>
        <w:jc w:val="center"/>
      </w:pPr>
      <w:r>
        <w:rPr>
          <w:b/>
          <w:sz w:val="24"/>
        </w:rPr>
        <w:t>Orick Community Service District</w:t>
      </w:r>
      <w:r>
        <w:rPr>
          <w:b/>
          <w:sz w:val="24"/>
        </w:rPr>
        <w:br/>
      </w:r>
      <w:r>
        <w:rPr>
          <w:b/>
        </w:rPr>
        <w:t>Regular Meeting</w:t>
      </w:r>
      <w:r>
        <w:rPr>
          <w:b/>
        </w:rPr>
        <w:br/>
      </w:r>
      <w:r w:rsidR="00221FD1">
        <w:rPr>
          <w:b/>
        </w:rPr>
        <w:t>July</w:t>
      </w:r>
      <w:r w:rsidR="00D346FB">
        <w:rPr>
          <w:b/>
        </w:rPr>
        <w:t xml:space="preserve"> </w:t>
      </w:r>
      <w:r>
        <w:rPr>
          <w:b/>
        </w:rPr>
        <w:t>8, 2026</w:t>
      </w:r>
      <w:r>
        <w:rPr>
          <w:b/>
        </w:rPr>
        <w:br/>
        <w:t>Orick Community Hall</w:t>
      </w:r>
    </w:p>
    <w:p w14:paraId="33DAD226" w14:textId="77777777" w:rsidR="0092207E" w:rsidRDefault="00000000">
      <w:pPr>
        <w:spacing w:line="264" w:lineRule="auto"/>
        <w:jc w:val="center"/>
      </w:pPr>
      <w:r>
        <w:rPr>
          <w:b/>
        </w:rPr>
        <w:t>MINUTES</w:t>
      </w:r>
    </w:p>
    <w:p w14:paraId="24A1BE00" w14:textId="7A42C926" w:rsidR="0092207E" w:rsidRPr="009B7749" w:rsidRDefault="00000000" w:rsidP="009B7749">
      <w:r w:rsidRPr="00112010">
        <w:rPr>
          <w:b/>
        </w:rPr>
        <w:t>1</w:t>
      </w:r>
      <w:r w:rsidR="00093C43">
        <w:rPr>
          <w:b/>
        </w:rPr>
        <w:t>)</w:t>
      </w:r>
      <w:r w:rsidRPr="00112010">
        <w:rPr>
          <w:b/>
        </w:rPr>
        <w:t>. CALL TO ORDER / ROLL CALL</w:t>
      </w:r>
      <w:r w:rsidRPr="009B7749">
        <w:t xml:space="preserve">: Ron Barlow called the meeting to order at </w:t>
      </w:r>
      <w:r w:rsidR="009C553A" w:rsidRPr="009B7749">
        <w:t>6:00</w:t>
      </w:r>
      <w:r w:rsidRPr="009B7749">
        <w:t xml:space="preserve"> p.m.</w:t>
      </w:r>
    </w:p>
    <w:p w14:paraId="6C02DA24" w14:textId="77777777" w:rsidR="0092207E" w:rsidRPr="00CF366D" w:rsidRDefault="00000000" w:rsidP="00A90327">
      <w:pPr>
        <w:pStyle w:val="NoSpacing"/>
        <w:rPr>
          <w:rFonts w:asciiTheme="majorHAnsi" w:hAnsiTheme="majorHAnsi" w:cstheme="majorHAnsi"/>
        </w:rPr>
      </w:pPr>
      <w:r w:rsidRPr="00CF366D">
        <w:rPr>
          <w:rFonts w:asciiTheme="majorHAnsi" w:hAnsiTheme="majorHAnsi" w:cstheme="majorHAnsi"/>
        </w:rPr>
        <w:t>MEMBERS PRESENT: Ron Barlow, Bob Secor, Byron Frick and Kaitlyn Combs</w:t>
      </w:r>
    </w:p>
    <w:p w14:paraId="09F93050" w14:textId="77777777" w:rsidR="00A90327" w:rsidRPr="00CF366D" w:rsidRDefault="00A90327" w:rsidP="00A90327">
      <w:pPr>
        <w:pStyle w:val="NoSpacing"/>
        <w:rPr>
          <w:rFonts w:asciiTheme="majorHAnsi" w:hAnsiTheme="majorHAnsi" w:cstheme="majorHAnsi"/>
        </w:rPr>
      </w:pPr>
    </w:p>
    <w:p w14:paraId="4477969B" w14:textId="506D24BF" w:rsidR="0092207E" w:rsidRPr="00CF366D" w:rsidRDefault="00000000" w:rsidP="00A90327">
      <w:pPr>
        <w:pStyle w:val="NoSpacing"/>
        <w:rPr>
          <w:rFonts w:asciiTheme="majorHAnsi" w:hAnsiTheme="majorHAnsi" w:cstheme="majorHAnsi"/>
        </w:rPr>
      </w:pPr>
      <w:r w:rsidRPr="00CF366D">
        <w:rPr>
          <w:rFonts w:asciiTheme="majorHAnsi" w:hAnsiTheme="majorHAnsi" w:cstheme="majorHAnsi"/>
        </w:rPr>
        <w:t xml:space="preserve">MEMBERS ABSENT: Marla </w:t>
      </w:r>
      <w:r w:rsidR="0061324F" w:rsidRPr="00CF366D">
        <w:rPr>
          <w:rFonts w:asciiTheme="majorHAnsi" w:hAnsiTheme="majorHAnsi" w:cstheme="majorHAnsi"/>
        </w:rPr>
        <w:t>Mora</w:t>
      </w:r>
    </w:p>
    <w:p w14:paraId="3ABD5AE4" w14:textId="77777777" w:rsidR="00A90327" w:rsidRPr="00CF366D" w:rsidRDefault="00A90327" w:rsidP="00A90327">
      <w:pPr>
        <w:pStyle w:val="NoSpacing"/>
        <w:rPr>
          <w:rFonts w:asciiTheme="majorHAnsi" w:hAnsiTheme="majorHAnsi" w:cstheme="majorHAnsi"/>
        </w:rPr>
      </w:pPr>
    </w:p>
    <w:p w14:paraId="3AD99824" w14:textId="3DB8ADCD" w:rsidR="0092207E" w:rsidRPr="00CF366D" w:rsidRDefault="00000000" w:rsidP="00A90327">
      <w:pPr>
        <w:pStyle w:val="NoSpacing"/>
        <w:rPr>
          <w:rFonts w:asciiTheme="majorHAnsi" w:hAnsiTheme="majorHAnsi" w:cstheme="majorHAnsi"/>
        </w:rPr>
      </w:pPr>
      <w:r w:rsidRPr="00CF366D">
        <w:rPr>
          <w:rFonts w:asciiTheme="majorHAnsi" w:hAnsiTheme="majorHAnsi" w:cstheme="majorHAnsi"/>
        </w:rPr>
        <w:t xml:space="preserve">STAFF PRESENT: Barbara Mitchell, Marcie Allen, Bill Allen, Trevor Avram, </w:t>
      </w:r>
      <w:r w:rsidR="009C553A" w:rsidRPr="00CF366D">
        <w:rPr>
          <w:rFonts w:asciiTheme="majorHAnsi" w:hAnsiTheme="majorHAnsi" w:cstheme="majorHAnsi"/>
        </w:rPr>
        <w:t>Samantha Howard</w:t>
      </w:r>
    </w:p>
    <w:p w14:paraId="05669601" w14:textId="77777777" w:rsidR="00A90327" w:rsidRPr="00CF366D" w:rsidRDefault="00A90327" w:rsidP="00A90327">
      <w:pPr>
        <w:pStyle w:val="NoSpacing"/>
        <w:rPr>
          <w:rFonts w:asciiTheme="majorHAnsi" w:hAnsiTheme="majorHAnsi" w:cstheme="majorHAnsi"/>
        </w:rPr>
      </w:pPr>
    </w:p>
    <w:p w14:paraId="48AE8321" w14:textId="77777777" w:rsidR="0092207E" w:rsidRPr="00CF366D" w:rsidRDefault="00000000" w:rsidP="00A90327">
      <w:pPr>
        <w:pStyle w:val="NoSpacing"/>
        <w:rPr>
          <w:rFonts w:asciiTheme="majorHAnsi" w:hAnsiTheme="majorHAnsi" w:cstheme="majorHAnsi"/>
        </w:rPr>
      </w:pPr>
      <w:r w:rsidRPr="00CF366D">
        <w:rPr>
          <w:rFonts w:asciiTheme="majorHAnsi" w:hAnsiTheme="majorHAnsi" w:cstheme="majorHAnsi"/>
        </w:rPr>
        <w:t>STAFF ABSENT: None</w:t>
      </w:r>
    </w:p>
    <w:p w14:paraId="3C2C5B35" w14:textId="77777777" w:rsidR="00A90327" w:rsidRPr="00CF366D" w:rsidRDefault="00A90327" w:rsidP="00A90327">
      <w:pPr>
        <w:pStyle w:val="NoSpacing"/>
        <w:rPr>
          <w:rFonts w:asciiTheme="majorHAnsi" w:hAnsiTheme="majorHAnsi" w:cstheme="majorHAnsi"/>
        </w:rPr>
      </w:pPr>
    </w:p>
    <w:p w14:paraId="3BC5D690" w14:textId="62E03A6B" w:rsidR="0092207E" w:rsidRPr="00CF366D" w:rsidRDefault="00000000" w:rsidP="00A90327">
      <w:pPr>
        <w:pStyle w:val="NoSpacing"/>
        <w:rPr>
          <w:rFonts w:asciiTheme="majorHAnsi" w:hAnsiTheme="majorHAnsi" w:cstheme="majorHAnsi"/>
        </w:rPr>
      </w:pPr>
      <w:r w:rsidRPr="00CF366D">
        <w:rPr>
          <w:rFonts w:asciiTheme="majorHAnsi" w:hAnsiTheme="majorHAnsi" w:cstheme="majorHAnsi"/>
        </w:rPr>
        <w:t>OTHERS PRESENT:  Belle</w:t>
      </w:r>
      <w:r w:rsidR="00876AF9">
        <w:rPr>
          <w:rFonts w:asciiTheme="majorHAnsi" w:hAnsiTheme="majorHAnsi" w:cstheme="majorHAnsi"/>
        </w:rPr>
        <w:t xml:space="preserve"> Cotti</w:t>
      </w:r>
      <w:r w:rsidR="0094240D" w:rsidRPr="00CF366D">
        <w:rPr>
          <w:rFonts w:asciiTheme="majorHAnsi" w:hAnsiTheme="majorHAnsi" w:cstheme="majorHAnsi"/>
        </w:rPr>
        <w:t xml:space="preserve"> </w:t>
      </w:r>
      <w:r w:rsidRPr="00CF366D">
        <w:rPr>
          <w:rFonts w:asciiTheme="majorHAnsi" w:hAnsiTheme="majorHAnsi" w:cstheme="majorHAnsi"/>
        </w:rPr>
        <w:t xml:space="preserve">/LACO </w:t>
      </w:r>
    </w:p>
    <w:p w14:paraId="6AFC19CD" w14:textId="77777777" w:rsidR="00A90327" w:rsidRPr="009B7749" w:rsidRDefault="00A90327" w:rsidP="00A90327">
      <w:pPr>
        <w:pStyle w:val="NoSpacing"/>
      </w:pPr>
    </w:p>
    <w:p w14:paraId="4ECB8740" w14:textId="08CD3D64" w:rsidR="0061324F" w:rsidRDefault="00000000" w:rsidP="009B7749">
      <w:r w:rsidRPr="00112010">
        <w:rPr>
          <w:b/>
          <w:bCs/>
        </w:rPr>
        <w:t>2</w:t>
      </w:r>
      <w:r w:rsidR="00093C43">
        <w:rPr>
          <w:b/>
          <w:bCs/>
        </w:rPr>
        <w:t>)</w:t>
      </w:r>
      <w:r w:rsidRPr="00112010">
        <w:rPr>
          <w:b/>
          <w:bCs/>
        </w:rPr>
        <w:t xml:space="preserve">. </w:t>
      </w:r>
      <w:r w:rsidR="00294450" w:rsidRPr="00112010">
        <w:rPr>
          <w:b/>
          <w:bCs/>
        </w:rPr>
        <w:t>ADDITION</w:t>
      </w:r>
      <w:r w:rsidR="00BF7710" w:rsidRPr="00112010">
        <w:rPr>
          <w:b/>
          <w:bCs/>
        </w:rPr>
        <w:t>S</w:t>
      </w:r>
      <w:r w:rsidR="00294450" w:rsidRPr="00112010">
        <w:rPr>
          <w:b/>
          <w:bCs/>
        </w:rPr>
        <w:t xml:space="preserve"> OR CHANGES TO THE AGENDA</w:t>
      </w:r>
      <w:r w:rsidR="00294450" w:rsidRPr="009B7749">
        <w:t>:</w:t>
      </w:r>
      <w:r w:rsidR="00CE6B76">
        <w:t xml:space="preserve"> There were not additions or changes to the agenda.</w:t>
      </w:r>
    </w:p>
    <w:p w14:paraId="5D38BD12" w14:textId="40B922C8" w:rsidR="00CF366D" w:rsidRPr="00CF366D" w:rsidRDefault="00CF366D" w:rsidP="009B7749">
      <w:r w:rsidRPr="00CF366D">
        <w:rPr>
          <w:b/>
          <w:bCs/>
        </w:rPr>
        <w:t>3).  APPROVAL OF AGENDA:</w:t>
      </w:r>
      <w:r>
        <w:rPr>
          <w:b/>
          <w:bCs/>
        </w:rPr>
        <w:t xml:space="preserve">  </w:t>
      </w:r>
      <w:r>
        <w:t>July 8, 2026</w:t>
      </w:r>
    </w:p>
    <w:p w14:paraId="5CBFD51B" w14:textId="456F6314" w:rsidR="000A2849" w:rsidRPr="00CF366D" w:rsidRDefault="004C76D7" w:rsidP="009B7749">
      <w:pPr>
        <w:rPr>
          <w:b/>
          <w:bCs/>
        </w:rPr>
      </w:pPr>
      <w:r w:rsidRPr="009B7749">
        <w:t xml:space="preserve">a) </w:t>
      </w:r>
      <w:r w:rsidR="00BF7710" w:rsidRPr="009B7749">
        <w:t xml:space="preserve">Ron commented that he expected </w:t>
      </w:r>
      <w:r w:rsidRPr="009B7749">
        <w:t xml:space="preserve">Marla Mora </w:t>
      </w:r>
      <w:r w:rsidR="00BF7710" w:rsidRPr="009B7749">
        <w:t xml:space="preserve">to be here before </w:t>
      </w:r>
      <w:r w:rsidRPr="009B7749">
        <w:t xml:space="preserve">we </w:t>
      </w:r>
      <w:r w:rsidR="00BF7710" w:rsidRPr="009B7749">
        <w:t>go in</w:t>
      </w:r>
      <w:r w:rsidRPr="009B7749">
        <w:t xml:space="preserve"> closed session.</w:t>
      </w:r>
      <w:r w:rsidR="00CF366D">
        <w:t xml:space="preserve">  </w:t>
      </w:r>
      <w:r w:rsidR="00446716" w:rsidRPr="009B7749">
        <w:t>Bob Secor made a motion to approve the July 8, 2026 agenda.  Byron Frick seconded.  All in favor; motion passed unanimously.</w:t>
      </w:r>
    </w:p>
    <w:p w14:paraId="762A95A9" w14:textId="77777777" w:rsidR="006F598E" w:rsidRDefault="006F598E" w:rsidP="006F598E">
      <w:r w:rsidRPr="00112010">
        <w:rPr>
          <w:b/>
          <w:bCs/>
        </w:rPr>
        <w:t>4</w:t>
      </w:r>
      <w:r>
        <w:rPr>
          <w:b/>
          <w:bCs/>
        </w:rPr>
        <w:t>)</w:t>
      </w:r>
      <w:r w:rsidRPr="00112010">
        <w:rPr>
          <w:b/>
          <w:bCs/>
        </w:rPr>
        <w:t>.  PUBLIC HEARINGS</w:t>
      </w:r>
      <w:r>
        <w:t xml:space="preserve">: </w:t>
      </w:r>
    </w:p>
    <w:p w14:paraId="0BAF394D" w14:textId="77777777" w:rsidR="006F598E" w:rsidRPr="009B7749" w:rsidRDefault="006F598E" w:rsidP="006F598E">
      <w:r>
        <w:t xml:space="preserve">There are no public hearings scheduled. </w:t>
      </w:r>
    </w:p>
    <w:p w14:paraId="3D19D605" w14:textId="60A54409" w:rsidR="006F598E" w:rsidRDefault="006F598E" w:rsidP="006F598E">
      <w:r w:rsidRPr="00112010">
        <w:rPr>
          <w:b/>
          <w:bCs/>
        </w:rPr>
        <w:t>5</w:t>
      </w:r>
      <w:r>
        <w:rPr>
          <w:b/>
          <w:bCs/>
        </w:rPr>
        <w:t>)</w:t>
      </w:r>
      <w:r w:rsidRPr="00112010">
        <w:rPr>
          <w:b/>
          <w:bCs/>
        </w:rPr>
        <w:t>. PUBLIC COMMENT</w:t>
      </w:r>
      <w:r w:rsidRPr="009B7749">
        <w:t>:</w:t>
      </w:r>
      <w:r w:rsidR="00CE6B76">
        <w:t xml:space="preserve"> There were no public comments.</w:t>
      </w:r>
    </w:p>
    <w:p w14:paraId="39971B70" w14:textId="5497F809" w:rsidR="00112010" w:rsidRPr="00CF366D" w:rsidRDefault="006F598E" w:rsidP="00112010">
      <w:pPr>
        <w:pStyle w:val="NoSpacing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>6</w:t>
      </w:r>
      <w:r w:rsidR="00093C43" w:rsidRPr="00CF366D">
        <w:rPr>
          <w:rFonts w:asciiTheme="majorHAnsi" w:hAnsiTheme="majorHAnsi" w:cstheme="majorHAnsi"/>
          <w:b/>
          <w:bCs/>
        </w:rPr>
        <w:t>)</w:t>
      </w:r>
      <w:r w:rsidR="00112010" w:rsidRPr="00CF366D">
        <w:rPr>
          <w:rFonts w:asciiTheme="majorHAnsi" w:hAnsiTheme="majorHAnsi" w:cstheme="majorHAnsi"/>
          <w:b/>
          <w:bCs/>
        </w:rPr>
        <w:t>. APPROVAL OF CONSENT AGENDA</w:t>
      </w:r>
      <w:r w:rsidR="00112010" w:rsidRPr="00CF366D">
        <w:rPr>
          <w:rFonts w:asciiTheme="majorHAnsi" w:hAnsiTheme="majorHAnsi" w:cstheme="majorHAnsi"/>
        </w:rPr>
        <w:t xml:space="preserve">: </w:t>
      </w:r>
    </w:p>
    <w:p w14:paraId="225F9711" w14:textId="77777777" w:rsidR="002971E9" w:rsidRDefault="002971E9" w:rsidP="00112010">
      <w:pPr>
        <w:pStyle w:val="NoSpacing"/>
      </w:pPr>
    </w:p>
    <w:p w14:paraId="2BE788DA" w14:textId="3ED49A33" w:rsidR="00140C65" w:rsidRPr="00CF366D" w:rsidRDefault="00140C65" w:rsidP="00112010">
      <w:pPr>
        <w:pStyle w:val="NoSpacing"/>
        <w:rPr>
          <w:rFonts w:asciiTheme="majorHAnsi" w:hAnsiTheme="majorHAnsi" w:cstheme="majorHAnsi"/>
        </w:rPr>
      </w:pPr>
      <w:r w:rsidRPr="00CF366D">
        <w:rPr>
          <w:rFonts w:asciiTheme="majorHAnsi" w:hAnsiTheme="majorHAnsi" w:cstheme="majorHAnsi"/>
        </w:rPr>
        <w:t>a. Byron Frick made a motion to approve the consent agenda</w:t>
      </w:r>
      <w:r w:rsidR="006F598E">
        <w:rPr>
          <w:rFonts w:asciiTheme="majorHAnsi" w:hAnsiTheme="majorHAnsi" w:cstheme="majorHAnsi"/>
        </w:rPr>
        <w:t xml:space="preserve">. </w:t>
      </w:r>
      <w:r w:rsidR="00CF366D">
        <w:rPr>
          <w:rFonts w:asciiTheme="majorHAnsi" w:hAnsiTheme="majorHAnsi" w:cstheme="majorHAnsi"/>
        </w:rPr>
        <w:t xml:space="preserve"> </w:t>
      </w:r>
      <w:r w:rsidRPr="00CF366D">
        <w:rPr>
          <w:rFonts w:asciiTheme="majorHAnsi" w:hAnsiTheme="majorHAnsi" w:cstheme="majorHAnsi"/>
        </w:rPr>
        <w:t xml:space="preserve">Bob Secor seconded the motion; the motion passed </w:t>
      </w:r>
      <w:r w:rsidR="002971E9" w:rsidRPr="00CF366D">
        <w:rPr>
          <w:rFonts w:asciiTheme="majorHAnsi" w:hAnsiTheme="majorHAnsi" w:cstheme="majorHAnsi"/>
        </w:rPr>
        <w:t xml:space="preserve">unanimously. </w:t>
      </w:r>
    </w:p>
    <w:p w14:paraId="226B1D78" w14:textId="7BC59DB2" w:rsidR="00140C65" w:rsidRPr="00CF366D" w:rsidRDefault="006F598E" w:rsidP="00112010">
      <w:pPr>
        <w:pStyle w:val="NoSpacing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b. Bob Secor made a motion to approve the June 30, 2026 DRAFT Treasurer’s report.  Kaitlyn Combs seconded the motion; the motion passed unanimously.</w:t>
      </w:r>
    </w:p>
    <w:p w14:paraId="4C2E3DC2" w14:textId="5AE61E10" w:rsidR="00CF366D" w:rsidRPr="006F598E" w:rsidRDefault="001C0F83" w:rsidP="006F598E">
      <w:pPr>
        <w:pStyle w:val="NoSpacing"/>
      </w:pPr>
      <w:r>
        <w:t xml:space="preserve"> </w:t>
      </w:r>
    </w:p>
    <w:p w14:paraId="64CB56B6" w14:textId="78B1E83F" w:rsidR="00112010" w:rsidRPr="00112010" w:rsidRDefault="00112010" w:rsidP="00112010">
      <w:pPr>
        <w:pStyle w:val="NoSpacing"/>
      </w:pPr>
      <w:r>
        <w:t xml:space="preserve">     </w:t>
      </w:r>
    </w:p>
    <w:p w14:paraId="073C1974" w14:textId="30F0A6A7" w:rsidR="0092207E" w:rsidRPr="00294B04" w:rsidRDefault="00D963DD" w:rsidP="0094240D">
      <w:pPr>
        <w:pStyle w:val="NoSpacing"/>
        <w:rPr>
          <w:rFonts w:asciiTheme="majorHAnsi" w:hAnsiTheme="majorHAnsi" w:cstheme="majorHAnsi"/>
        </w:rPr>
      </w:pPr>
      <w:r w:rsidRPr="00294B04">
        <w:rPr>
          <w:rFonts w:asciiTheme="majorHAnsi" w:hAnsiTheme="majorHAnsi" w:cstheme="majorHAnsi"/>
          <w:b/>
          <w:bCs/>
        </w:rPr>
        <w:t>7</w:t>
      </w:r>
      <w:r w:rsidR="00093C43" w:rsidRPr="00294B04">
        <w:rPr>
          <w:rFonts w:asciiTheme="majorHAnsi" w:hAnsiTheme="majorHAnsi" w:cstheme="majorHAnsi"/>
          <w:b/>
          <w:bCs/>
        </w:rPr>
        <w:t>)</w:t>
      </w:r>
      <w:r w:rsidR="00112010" w:rsidRPr="00294B04">
        <w:rPr>
          <w:rFonts w:asciiTheme="majorHAnsi" w:hAnsiTheme="majorHAnsi" w:cstheme="majorHAnsi"/>
          <w:b/>
          <w:bCs/>
        </w:rPr>
        <w:t xml:space="preserve">. </w:t>
      </w:r>
      <w:r w:rsidRPr="00294B04">
        <w:rPr>
          <w:rFonts w:asciiTheme="majorHAnsi" w:hAnsiTheme="majorHAnsi" w:cstheme="majorHAnsi"/>
          <w:b/>
          <w:bCs/>
        </w:rPr>
        <w:t>INFORMATION</w:t>
      </w:r>
      <w:r w:rsidR="00112010" w:rsidRPr="00294B04">
        <w:rPr>
          <w:rFonts w:asciiTheme="majorHAnsi" w:hAnsiTheme="majorHAnsi" w:cstheme="majorHAnsi"/>
          <w:b/>
          <w:bCs/>
        </w:rPr>
        <w:t>/</w:t>
      </w:r>
      <w:r w:rsidRPr="00294B04">
        <w:rPr>
          <w:rFonts w:asciiTheme="majorHAnsi" w:hAnsiTheme="majorHAnsi" w:cstheme="majorHAnsi"/>
          <w:b/>
          <w:bCs/>
        </w:rPr>
        <w:t xml:space="preserve"> DISCUSSION</w:t>
      </w:r>
      <w:r w:rsidRPr="00294B04">
        <w:rPr>
          <w:rFonts w:asciiTheme="majorHAnsi" w:hAnsiTheme="majorHAnsi" w:cstheme="majorHAnsi"/>
        </w:rPr>
        <w:t>:</w:t>
      </w:r>
    </w:p>
    <w:p w14:paraId="08DF7A67" w14:textId="77777777" w:rsidR="003A54AF" w:rsidRPr="00294B04" w:rsidRDefault="003A54AF" w:rsidP="0094240D">
      <w:pPr>
        <w:pStyle w:val="NoSpacing"/>
        <w:rPr>
          <w:rFonts w:asciiTheme="majorHAnsi" w:hAnsiTheme="majorHAnsi" w:cstheme="majorHAnsi"/>
        </w:rPr>
      </w:pPr>
    </w:p>
    <w:p w14:paraId="27A923A7" w14:textId="4C106808" w:rsidR="0092207E" w:rsidRPr="00294B04" w:rsidRDefault="00112010" w:rsidP="0094240D">
      <w:pPr>
        <w:pStyle w:val="NoSpacing"/>
        <w:rPr>
          <w:rFonts w:asciiTheme="majorHAnsi" w:hAnsiTheme="majorHAnsi" w:cstheme="majorHAnsi"/>
          <w:b/>
          <w:bCs/>
        </w:rPr>
      </w:pPr>
      <w:r w:rsidRPr="00294B04">
        <w:rPr>
          <w:rFonts w:asciiTheme="majorHAnsi" w:hAnsiTheme="majorHAnsi" w:cstheme="majorHAnsi"/>
        </w:rPr>
        <w:t xml:space="preserve"> </w:t>
      </w:r>
      <w:r w:rsidRPr="00294B04">
        <w:rPr>
          <w:rFonts w:asciiTheme="majorHAnsi" w:hAnsiTheme="majorHAnsi" w:cstheme="majorHAnsi"/>
          <w:b/>
          <w:bCs/>
        </w:rPr>
        <w:t>a. Wastewater Study Grant</w:t>
      </w:r>
      <w:r w:rsidR="000A6313" w:rsidRPr="00294B04">
        <w:rPr>
          <w:rFonts w:asciiTheme="majorHAnsi" w:hAnsiTheme="majorHAnsi" w:cstheme="majorHAnsi"/>
          <w:b/>
          <w:bCs/>
        </w:rPr>
        <w:t>-</w:t>
      </w:r>
      <w:r w:rsidR="0094240D" w:rsidRPr="00294B04">
        <w:rPr>
          <w:rFonts w:asciiTheme="majorHAnsi" w:hAnsiTheme="majorHAnsi" w:cstheme="majorHAnsi"/>
          <w:b/>
          <w:bCs/>
        </w:rPr>
        <w:t>LACO</w:t>
      </w:r>
    </w:p>
    <w:p w14:paraId="5D52E4A0" w14:textId="0DF72ED5" w:rsidR="006F598E" w:rsidRPr="00294B04" w:rsidRDefault="00000000" w:rsidP="00B301FC">
      <w:pPr>
        <w:pStyle w:val="NoSpacing"/>
        <w:rPr>
          <w:rFonts w:asciiTheme="majorHAnsi" w:hAnsiTheme="majorHAnsi" w:cstheme="majorHAnsi"/>
        </w:rPr>
      </w:pPr>
      <w:r w:rsidRPr="00294B04">
        <w:rPr>
          <w:rFonts w:asciiTheme="majorHAnsi" w:hAnsiTheme="majorHAnsi" w:cstheme="majorHAnsi"/>
        </w:rPr>
        <w:t>LACO</w:t>
      </w:r>
      <w:r w:rsidR="005A7678" w:rsidRPr="00294B04">
        <w:rPr>
          <w:rFonts w:asciiTheme="majorHAnsi" w:hAnsiTheme="majorHAnsi" w:cstheme="majorHAnsi"/>
        </w:rPr>
        <w:t>, present</w:t>
      </w:r>
      <w:r w:rsidR="00446716" w:rsidRPr="00294B04">
        <w:rPr>
          <w:rFonts w:asciiTheme="majorHAnsi" w:hAnsiTheme="majorHAnsi" w:cstheme="majorHAnsi"/>
        </w:rPr>
        <w:t>ed</w:t>
      </w:r>
      <w:r w:rsidR="005A7678" w:rsidRPr="00294B04">
        <w:rPr>
          <w:rFonts w:asciiTheme="majorHAnsi" w:hAnsiTheme="majorHAnsi" w:cstheme="majorHAnsi"/>
        </w:rPr>
        <w:t xml:space="preserve"> the </w:t>
      </w:r>
      <w:r w:rsidR="00446716" w:rsidRPr="00294B04">
        <w:rPr>
          <w:rFonts w:asciiTheme="majorHAnsi" w:hAnsiTheme="majorHAnsi" w:cstheme="majorHAnsi"/>
        </w:rPr>
        <w:t>M</w:t>
      </w:r>
      <w:r w:rsidR="005A7678" w:rsidRPr="00294B04">
        <w:rPr>
          <w:rFonts w:asciiTheme="majorHAnsi" w:hAnsiTheme="majorHAnsi" w:cstheme="majorHAnsi"/>
        </w:rPr>
        <w:t xml:space="preserve">onthly </w:t>
      </w:r>
      <w:r w:rsidR="00446716" w:rsidRPr="00294B04">
        <w:rPr>
          <w:rFonts w:asciiTheme="majorHAnsi" w:hAnsiTheme="majorHAnsi" w:cstheme="majorHAnsi"/>
        </w:rPr>
        <w:t>P</w:t>
      </w:r>
      <w:r w:rsidR="005A7678" w:rsidRPr="00294B04">
        <w:rPr>
          <w:rFonts w:asciiTheme="majorHAnsi" w:hAnsiTheme="majorHAnsi" w:cstheme="majorHAnsi"/>
        </w:rPr>
        <w:t xml:space="preserve">rogress </w:t>
      </w:r>
      <w:r w:rsidR="00446716" w:rsidRPr="00294B04">
        <w:rPr>
          <w:rFonts w:asciiTheme="majorHAnsi" w:hAnsiTheme="majorHAnsi" w:cstheme="majorHAnsi"/>
        </w:rPr>
        <w:t>R</w:t>
      </w:r>
      <w:r w:rsidR="005A7678" w:rsidRPr="00294B04">
        <w:rPr>
          <w:rFonts w:asciiTheme="majorHAnsi" w:hAnsiTheme="majorHAnsi" w:cstheme="majorHAnsi"/>
        </w:rPr>
        <w:t>eport</w:t>
      </w:r>
      <w:r w:rsidR="0093193D" w:rsidRPr="00294B04">
        <w:rPr>
          <w:rFonts w:asciiTheme="majorHAnsi" w:hAnsiTheme="majorHAnsi" w:cstheme="majorHAnsi"/>
        </w:rPr>
        <w:t xml:space="preserve"> and reviewed it by line items with the Board. </w:t>
      </w:r>
    </w:p>
    <w:p w14:paraId="344E8761" w14:textId="3AE77A7D" w:rsidR="0061324F" w:rsidRPr="00294B04" w:rsidRDefault="00446716" w:rsidP="00B301FC">
      <w:pPr>
        <w:pStyle w:val="NoSpacing"/>
        <w:rPr>
          <w:rFonts w:asciiTheme="majorHAnsi" w:hAnsiTheme="majorHAnsi" w:cstheme="majorHAnsi"/>
        </w:rPr>
      </w:pPr>
      <w:r w:rsidRPr="00294B04">
        <w:rPr>
          <w:rFonts w:asciiTheme="majorHAnsi" w:hAnsiTheme="majorHAnsi" w:cstheme="majorHAnsi"/>
        </w:rPr>
        <w:t xml:space="preserve">She said that </w:t>
      </w:r>
      <w:r w:rsidR="00012EC4" w:rsidRPr="00294B04">
        <w:rPr>
          <w:rFonts w:asciiTheme="majorHAnsi" w:hAnsiTheme="majorHAnsi" w:cstheme="majorHAnsi"/>
        </w:rPr>
        <w:t xml:space="preserve">Rod Wilburn </w:t>
      </w:r>
      <w:r w:rsidRPr="00294B04">
        <w:rPr>
          <w:rFonts w:asciiTheme="majorHAnsi" w:hAnsiTheme="majorHAnsi" w:cstheme="majorHAnsi"/>
        </w:rPr>
        <w:t xml:space="preserve">had not received the </w:t>
      </w:r>
      <w:r w:rsidR="00E16828" w:rsidRPr="00294B04">
        <w:rPr>
          <w:rFonts w:asciiTheme="majorHAnsi" w:hAnsiTheme="majorHAnsi" w:cstheme="majorHAnsi"/>
        </w:rPr>
        <w:t xml:space="preserve">signed copy of the </w:t>
      </w:r>
      <w:r w:rsidR="00954E2B" w:rsidRPr="00294B04">
        <w:rPr>
          <w:rFonts w:asciiTheme="majorHAnsi" w:hAnsiTheme="majorHAnsi" w:cstheme="majorHAnsi"/>
        </w:rPr>
        <w:t>Engineering Service Agreement Amendment No.</w:t>
      </w:r>
      <w:r w:rsidR="0093193D" w:rsidRPr="00294B04">
        <w:rPr>
          <w:rFonts w:asciiTheme="majorHAnsi" w:hAnsiTheme="majorHAnsi" w:cstheme="majorHAnsi"/>
        </w:rPr>
        <w:t xml:space="preserve"> </w:t>
      </w:r>
      <w:r w:rsidR="00954E2B" w:rsidRPr="00294B04">
        <w:rPr>
          <w:rFonts w:asciiTheme="majorHAnsi" w:hAnsiTheme="majorHAnsi" w:cstheme="majorHAnsi"/>
        </w:rPr>
        <w:t>1; and asked the office staff to look into it – going back to March or April minutes.</w:t>
      </w:r>
    </w:p>
    <w:p w14:paraId="65E35DF5" w14:textId="77777777" w:rsidR="006F598E" w:rsidRPr="00294B04" w:rsidRDefault="006F598E" w:rsidP="00B301FC">
      <w:pPr>
        <w:pStyle w:val="NoSpacing"/>
        <w:rPr>
          <w:rFonts w:asciiTheme="majorHAnsi" w:hAnsiTheme="majorHAnsi" w:cstheme="majorHAnsi"/>
        </w:rPr>
      </w:pPr>
    </w:p>
    <w:p w14:paraId="108606CC" w14:textId="77777777" w:rsidR="006F598E" w:rsidRPr="00294B04" w:rsidRDefault="006F598E" w:rsidP="006F598E">
      <w:pPr>
        <w:pStyle w:val="NoSpacing"/>
        <w:rPr>
          <w:rFonts w:asciiTheme="majorHAnsi" w:hAnsiTheme="majorHAnsi" w:cstheme="majorHAnsi"/>
        </w:rPr>
      </w:pPr>
      <w:r w:rsidRPr="00294B04">
        <w:rPr>
          <w:rFonts w:asciiTheme="majorHAnsi" w:hAnsiTheme="majorHAnsi" w:cstheme="majorHAnsi"/>
          <w:b/>
          <w:bCs/>
        </w:rPr>
        <w:t>b. Cal Poly Humboldt-Economic: Development Study</w:t>
      </w:r>
      <w:r w:rsidRPr="00294B04">
        <w:rPr>
          <w:rFonts w:asciiTheme="majorHAnsi" w:hAnsiTheme="majorHAnsi" w:cstheme="majorHAnsi"/>
        </w:rPr>
        <w:t>:  No representative in attendance</w:t>
      </w:r>
    </w:p>
    <w:p w14:paraId="28DA436B" w14:textId="77777777" w:rsidR="00294B04" w:rsidRPr="00294B04" w:rsidRDefault="00294B04" w:rsidP="006F598E">
      <w:pPr>
        <w:pStyle w:val="NoSpacing"/>
        <w:rPr>
          <w:rFonts w:asciiTheme="majorHAnsi" w:hAnsiTheme="majorHAnsi" w:cstheme="majorHAnsi"/>
        </w:rPr>
      </w:pPr>
    </w:p>
    <w:p w14:paraId="32DBEAD5" w14:textId="03456A40" w:rsidR="006F598E" w:rsidRDefault="006F598E" w:rsidP="006F598E">
      <w:pPr>
        <w:pStyle w:val="NoSpacing"/>
        <w:rPr>
          <w:rFonts w:asciiTheme="majorHAnsi" w:hAnsiTheme="majorHAnsi" w:cstheme="majorHAnsi"/>
          <w:b/>
          <w:bCs/>
        </w:rPr>
      </w:pPr>
      <w:r w:rsidRPr="00294B04">
        <w:rPr>
          <w:rFonts w:asciiTheme="majorHAnsi" w:hAnsiTheme="majorHAnsi" w:cstheme="majorHAnsi"/>
          <w:b/>
          <w:bCs/>
        </w:rPr>
        <w:t>c. Water Operator Report</w:t>
      </w:r>
      <w:r w:rsidR="00294B04" w:rsidRPr="00294B04">
        <w:rPr>
          <w:rFonts w:asciiTheme="majorHAnsi" w:hAnsiTheme="majorHAnsi" w:cstheme="majorHAnsi"/>
          <w:b/>
          <w:bCs/>
        </w:rPr>
        <w:t>:</w:t>
      </w:r>
    </w:p>
    <w:p w14:paraId="7537D97C" w14:textId="2C922BDD" w:rsidR="005F6B9B" w:rsidRPr="005F6B9B" w:rsidRDefault="005F6B9B" w:rsidP="005F6B9B">
      <w:pPr>
        <w:pStyle w:val="NoSpacing"/>
        <w:numPr>
          <w:ilvl w:val="0"/>
          <w:numId w:val="19"/>
        </w:numPr>
        <w:rPr>
          <w:rFonts w:asciiTheme="majorHAnsi" w:hAnsiTheme="majorHAnsi" w:cstheme="majorHAnsi"/>
        </w:rPr>
      </w:pPr>
      <w:r w:rsidRPr="005F6B9B">
        <w:rPr>
          <w:rFonts w:asciiTheme="majorHAnsi" w:hAnsiTheme="majorHAnsi" w:cstheme="majorHAnsi"/>
        </w:rPr>
        <w:lastRenderedPageBreak/>
        <w:t>Trevor reviewed his Maintenance Report</w:t>
      </w:r>
    </w:p>
    <w:p w14:paraId="794FAE8D" w14:textId="60B3C6EE" w:rsidR="00093C43" w:rsidRDefault="00093C43" w:rsidP="00294B04">
      <w:pPr>
        <w:pStyle w:val="NoSpacing"/>
        <w:numPr>
          <w:ilvl w:val="0"/>
          <w:numId w:val="19"/>
        </w:numPr>
        <w:rPr>
          <w:rFonts w:asciiTheme="majorHAnsi" w:hAnsiTheme="majorHAnsi" w:cstheme="majorHAnsi"/>
        </w:rPr>
      </w:pPr>
      <w:r w:rsidRPr="00294B04">
        <w:rPr>
          <w:rFonts w:asciiTheme="majorHAnsi" w:hAnsiTheme="majorHAnsi" w:cstheme="majorHAnsi"/>
        </w:rPr>
        <w:t>Tank Grants</w:t>
      </w:r>
      <w:r w:rsidR="00294B04" w:rsidRPr="00294B04">
        <w:rPr>
          <w:rFonts w:asciiTheme="majorHAnsi" w:hAnsiTheme="majorHAnsi" w:cstheme="majorHAnsi"/>
        </w:rPr>
        <w:t>:  System is currently operating on timer, until full SCADA/radio communications are established.</w:t>
      </w:r>
    </w:p>
    <w:p w14:paraId="62DA137F" w14:textId="41C68025" w:rsidR="003A54AF" w:rsidRPr="00164664" w:rsidRDefault="00876AF9" w:rsidP="0094240D">
      <w:pPr>
        <w:pStyle w:val="NoSpacing"/>
        <w:numPr>
          <w:ilvl w:val="0"/>
          <w:numId w:val="1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Renewal of Certification (D1) due before May 2027</w:t>
      </w:r>
    </w:p>
    <w:p w14:paraId="68F78D93" w14:textId="1FA46933" w:rsidR="00D963DD" w:rsidRPr="00294B04" w:rsidRDefault="00093C43" w:rsidP="00294B04">
      <w:pPr>
        <w:pStyle w:val="ListParagraph"/>
        <w:numPr>
          <w:ilvl w:val="0"/>
          <w:numId w:val="19"/>
        </w:numPr>
        <w:rPr>
          <w:rFonts w:asciiTheme="majorHAnsi" w:hAnsiTheme="majorHAnsi" w:cstheme="majorHAnsi"/>
        </w:rPr>
      </w:pPr>
      <w:r w:rsidRPr="00294B04">
        <w:rPr>
          <w:rFonts w:asciiTheme="majorHAnsi" w:hAnsiTheme="majorHAnsi" w:cstheme="majorHAnsi"/>
        </w:rPr>
        <w:t>Smart Meters Grant</w:t>
      </w:r>
      <w:r w:rsidR="00294B04">
        <w:rPr>
          <w:rFonts w:asciiTheme="majorHAnsi" w:hAnsiTheme="majorHAnsi" w:cstheme="majorHAnsi"/>
        </w:rPr>
        <w:t xml:space="preserve">: </w:t>
      </w:r>
      <w:r w:rsidR="00E44C05">
        <w:rPr>
          <w:rFonts w:asciiTheme="majorHAnsi" w:hAnsiTheme="majorHAnsi" w:cstheme="majorHAnsi"/>
        </w:rPr>
        <w:t>Need to follow up with Sandy, regarding meter project/timeline status.</w:t>
      </w:r>
    </w:p>
    <w:p w14:paraId="3B3A69E6" w14:textId="77777777" w:rsidR="005F6B9B" w:rsidRDefault="00B301FC" w:rsidP="00B301FC">
      <w:pPr>
        <w:pStyle w:val="NoSpacing"/>
        <w:rPr>
          <w:rFonts w:asciiTheme="majorHAnsi" w:hAnsiTheme="majorHAnsi" w:cstheme="majorHAnsi"/>
          <w:b/>
          <w:bCs/>
        </w:rPr>
      </w:pPr>
      <w:r w:rsidRPr="00294B04">
        <w:rPr>
          <w:rFonts w:asciiTheme="majorHAnsi" w:hAnsiTheme="majorHAnsi" w:cstheme="majorHAnsi"/>
        </w:rPr>
        <w:t xml:space="preserve"> </w:t>
      </w:r>
      <w:r w:rsidRPr="00294B04">
        <w:rPr>
          <w:rFonts w:asciiTheme="majorHAnsi" w:hAnsiTheme="majorHAnsi" w:cstheme="majorHAnsi"/>
          <w:b/>
          <w:bCs/>
        </w:rPr>
        <w:t>d.  Micro Grid Grant</w:t>
      </w:r>
      <w:r w:rsidR="00294B04">
        <w:rPr>
          <w:rFonts w:asciiTheme="majorHAnsi" w:hAnsiTheme="majorHAnsi" w:cstheme="majorHAnsi"/>
          <w:b/>
          <w:bCs/>
        </w:rPr>
        <w:t>:</w:t>
      </w:r>
    </w:p>
    <w:p w14:paraId="7A280A7E" w14:textId="521E570F" w:rsidR="0092207E" w:rsidRPr="005F6B9B" w:rsidRDefault="005F6B9B" w:rsidP="00B301FC">
      <w:pPr>
        <w:pStyle w:val="NoSpacing"/>
        <w:rPr>
          <w:rFonts w:asciiTheme="majorHAnsi" w:hAnsiTheme="majorHAnsi" w:cstheme="majorHAnsi"/>
        </w:rPr>
      </w:pPr>
      <w:r w:rsidRPr="005F6B9B">
        <w:rPr>
          <w:rFonts w:asciiTheme="majorHAnsi" w:hAnsiTheme="majorHAnsi" w:cstheme="majorHAnsi"/>
        </w:rPr>
        <w:t>Orick CSD did not receive the Grant through PG&amp;E.</w:t>
      </w:r>
      <w:r w:rsidR="00B301FC" w:rsidRPr="005F6B9B">
        <w:rPr>
          <w:rFonts w:asciiTheme="majorHAnsi" w:hAnsiTheme="majorHAnsi" w:cstheme="majorHAnsi"/>
        </w:rPr>
        <w:t xml:space="preserve"> </w:t>
      </w:r>
    </w:p>
    <w:p w14:paraId="71B37B92" w14:textId="7838BF9F" w:rsidR="00B301FC" w:rsidRDefault="00B301FC" w:rsidP="00B301FC">
      <w:pPr>
        <w:pStyle w:val="NoSpacing"/>
        <w:rPr>
          <w:rFonts w:asciiTheme="majorHAnsi" w:hAnsiTheme="majorHAnsi" w:cstheme="majorHAnsi"/>
        </w:rPr>
      </w:pPr>
      <w:r w:rsidRPr="00294B04">
        <w:rPr>
          <w:rFonts w:asciiTheme="majorHAnsi" w:hAnsiTheme="majorHAnsi" w:cstheme="majorHAnsi"/>
        </w:rPr>
        <w:t>Ron</w:t>
      </w:r>
      <w:r w:rsidR="00140C65" w:rsidRPr="00294B04">
        <w:rPr>
          <w:rFonts w:asciiTheme="majorHAnsi" w:hAnsiTheme="majorHAnsi" w:cstheme="majorHAnsi"/>
        </w:rPr>
        <w:t xml:space="preserve"> Barlow</w:t>
      </w:r>
      <w:r w:rsidRPr="00294B04">
        <w:rPr>
          <w:rFonts w:asciiTheme="majorHAnsi" w:hAnsiTheme="majorHAnsi" w:cstheme="majorHAnsi"/>
        </w:rPr>
        <w:t>, asked Barbara if she sent the letter that he signed back to Josh Zender. She said yes, and that Josh did reply with a thank you for the letter of support</w:t>
      </w:r>
      <w:r w:rsidR="00E44C05">
        <w:rPr>
          <w:rFonts w:asciiTheme="majorHAnsi" w:hAnsiTheme="majorHAnsi" w:cstheme="majorHAnsi"/>
        </w:rPr>
        <w:t>.</w:t>
      </w:r>
    </w:p>
    <w:p w14:paraId="369EABEB" w14:textId="77777777" w:rsidR="005F6B9B" w:rsidRPr="00294B04" w:rsidRDefault="005F6B9B" w:rsidP="00B301FC">
      <w:pPr>
        <w:pStyle w:val="NoSpacing"/>
        <w:rPr>
          <w:rFonts w:asciiTheme="majorHAnsi" w:hAnsiTheme="majorHAnsi" w:cstheme="majorHAnsi"/>
        </w:rPr>
      </w:pPr>
    </w:p>
    <w:p w14:paraId="6BBBC6C2" w14:textId="4CFB7290" w:rsidR="00E44C05" w:rsidRPr="00E44C05" w:rsidRDefault="00E44C05" w:rsidP="00B301FC">
      <w:pPr>
        <w:pStyle w:val="NoSpacing"/>
        <w:rPr>
          <w:rFonts w:asciiTheme="majorHAnsi" w:hAnsiTheme="majorHAnsi" w:cstheme="majorHAnsi"/>
        </w:rPr>
      </w:pPr>
      <w:r w:rsidRPr="00E44C05">
        <w:rPr>
          <w:rFonts w:asciiTheme="majorHAnsi" w:hAnsiTheme="majorHAnsi" w:cstheme="majorHAnsi"/>
          <w:b/>
          <w:bCs/>
        </w:rPr>
        <w:t>e. Commissary Kitchen Policy and Contract:</w:t>
      </w:r>
      <w:r>
        <w:rPr>
          <w:rFonts w:asciiTheme="majorHAnsi" w:hAnsiTheme="majorHAnsi" w:cstheme="majorHAnsi"/>
          <w:b/>
          <w:bCs/>
        </w:rPr>
        <w:t xml:space="preserve"> </w:t>
      </w:r>
      <w:r>
        <w:rPr>
          <w:rFonts w:asciiTheme="majorHAnsi" w:hAnsiTheme="majorHAnsi" w:cstheme="majorHAnsi"/>
        </w:rPr>
        <w:t xml:space="preserve">Bill Allen put together a draft policy – showed it to all involved regarding the kitchen, for their input.   Samantha Howard said that </w:t>
      </w:r>
      <w:r w:rsidR="00FC3266">
        <w:rPr>
          <w:rFonts w:asciiTheme="majorHAnsi" w:hAnsiTheme="majorHAnsi" w:cstheme="majorHAnsi"/>
        </w:rPr>
        <w:t xml:space="preserve">she </w:t>
      </w:r>
      <w:r>
        <w:rPr>
          <w:rFonts w:asciiTheme="majorHAnsi" w:hAnsiTheme="majorHAnsi" w:cstheme="majorHAnsi"/>
        </w:rPr>
        <w:t>will take lead on this issue, using McKinleyville CSD</w:t>
      </w:r>
      <w:r w:rsidR="00FC3266">
        <w:rPr>
          <w:rFonts w:asciiTheme="majorHAnsi" w:hAnsiTheme="majorHAnsi" w:cstheme="majorHAnsi"/>
        </w:rPr>
        <w:t>’s commercial kitchen for guidelines.</w:t>
      </w:r>
    </w:p>
    <w:p w14:paraId="25317901" w14:textId="77777777" w:rsidR="00E44C05" w:rsidRDefault="00E44C05" w:rsidP="00B301FC">
      <w:pPr>
        <w:pStyle w:val="NoSpacing"/>
        <w:rPr>
          <w:rFonts w:asciiTheme="majorHAnsi" w:hAnsiTheme="majorHAnsi" w:cstheme="majorHAnsi"/>
        </w:rPr>
      </w:pPr>
    </w:p>
    <w:p w14:paraId="3A05949B" w14:textId="0447B515" w:rsidR="0092207E" w:rsidRPr="00844F38" w:rsidRDefault="00D963DD" w:rsidP="009B7749">
      <w:pPr>
        <w:rPr>
          <w:b/>
          <w:bCs/>
        </w:rPr>
      </w:pPr>
      <w:r>
        <w:rPr>
          <w:b/>
          <w:bCs/>
        </w:rPr>
        <w:t>8</w:t>
      </w:r>
      <w:r w:rsidR="00093C43" w:rsidRPr="00844F38">
        <w:rPr>
          <w:b/>
          <w:bCs/>
        </w:rPr>
        <w:t>)</w:t>
      </w:r>
      <w:r w:rsidRPr="00844F38">
        <w:rPr>
          <w:b/>
          <w:bCs/>
        </w:rPr>
        <w:t>. ACTION AGENDA:</w:t>
      </w:r>
      <w:r w:rsidR="002506D5" w:rsidRPr="00844F38">
        <w:rPr>
          <w:b/>
          <w:bCs/>
        </w:rPr>
        <w:t xml:space="preserve"> </w:t>
      </w:r>
    </w:p>
    <w:p w14:paraId="2FF101CA" w14:textId="047E619F" w:rsidR="00FC3266" w:rsidRDefault="00FC3266" w:rsidP="00B26BC8">
      <w:pPr>
        <w:pStyle w:val="NoSpacing"/>
        <w:rPr>
          <w:rFonts w:asciiTheme="majorHAnsi" w:hAnsiTheme="majorHAnsi" w:cstheme="majorHAnsi"/>
          <w:b/>
          <w:bCs/>
        </w:rPr>
      </w:pPr>
      <w:r w:rsidRPr="000F5870">
        <w:rPr>
          <w:rFonts w:asciiTheme="majorHAnsi" w:hAnsiTheme="majorHAnsi" w:cstheme="majorHAnsi"/>
          <w:b/>
          <w:bCs/>
        </w:rPr>
        <w:t>a. Biennial review of OCSD conflict of Interest Code</w:t>
      </w:r>
      <w:r w:rsidR="00480B6F">
        <w:rPr>
          <w:rFonts w:asciiTheme="majorHAnsi" w:hAnsiTheme="majorHAnsi" w:cstheme="majorHAnsi"/>
          <w:b/>
          <w:bCs/>
        </w:rPr>
        <w:t xml:space="preserve"> </w:t>
      </w:r>
      <w:r w:rsidR="00480B6F" w:rsidRPr="00480B6F">
        <w:rPr>
          <w:rFonts w:asciiTheme="majorHAnsi" w:hAnsiTheme="majorHAnsi" w:cstheme="majorHAnsi"/>
          <w:b/>
          <w:bCs/>
          <w:i/>
          <w:iCs/>
          <w:u w:val="single"/>
        </w:rPr>
        <w:t>Resolution 2026-02</w:t>
      </w:r>
      <w:r w:rsidR="00480B6F">
        <w:rPr>
          <w:rFonts w:asciiTheme="majorHAnsi" w:hAnsiTheme="majorHAnsi" w:cstheme="majorHAnsi"/>
          <w:b/>
          <w:bCs/>
        </w:rPr>
        <w:t>:</w:t>
      </w:r>
    </w:p>
    <w:p w14:paraId="2B82B1B1" w14:textId="77777777" w:rsidR="00CE6B76" w:rsidRPr="000F5870" w:rsidRDefault="00CE6B76" w:rsidP="00B26BC8">
      <w:pPr>
        <w:pStyle w:val="NoSpacing"/>
        <w:rPr>
          <w:rFonts w:asciiTheme="majorHAnsi" w:hAnsiTheme="majorHAnsi" w:cstheme="majorHAnsi"/>
          <w:b/>
          <w:bCs/>
        </w:rPr>
      </w:pPr>
    </w:p>
    <w:p w14:paraId="183262E8" w14:textId="208BFCC7" w:rsidR="000F5870" w:rsidRDefault="000F5870" w:rsidP="000F5870">
      <w:pPr>
        <w:pStyle w:val="NoSpacing"/>
        <w:rPr>
          <w:rFonts w:asciiTheme="majorHAnsi" w:hAnsiTheme="majorHAnsi" w:cstheme="majorHAnsi"/>
        </w:rPr>
      </w:pPr>
      <w:r w:rsidRPr="00294B04">
        <w:rPr>
          <w:rFonts w:asciiTheme="majorHAnsi" w:hAnsiTheme="majorHAnsi" w:cstheme="majorHAnsi"/>
        </w:rPr>
        <w:t>Conflict of Interest code revision. Statutory requirements to review every 2 years; unclear when the last one was revised. Updated code modeled from McKinleyville’s with positions and Form 700 categories tailored for OCSD.</w:t>
      </w:r>
      <w:r>
        <w:rPr>
          <w:rFonts w:asciiTheme="majorHAnsi" w:hAnsiTheme="majorHAnsi" w:cstheme="majorHAnsi"/>
        </w:rPr>
        <w:t xml:space="preserve">  </w:t>
      </w:r>
      <w:r w:rsidRPr="00294B04">
        <w:rPr>
          <w:rFonts w:asciiTheme="majorHAnsi" w:hAnsiTheme="majorHAnsi" w:cstheme="majorHAnsi"/>
        </w:rPr>
        <w:t>County response due by August 7, 2026.</w:t>
      </w:r>
    </w:p>
    <w:p w14:paraId="7CA6B3D0" w14:textId="4172F2F2" w:rsidR="005F6B9B" w:rsidRDefault="005F6B9B" w:rsidP="000F5870">
      <w:pPr>
        <w:pStyle w:val="NoSpacing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</w:p>
    <w:p w14:paraId="11790879" w14:textId="3CF4D3A0" w:rsidR="005F6B9B" w:rsidRPr="00294B04" w:rsidRDefault="005F6B9B" w:rsidP="000F5870">
      <w:pPr>
        <w:pStyle w:val="NoSpacing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 motion was made by Kaitlyn Combs to approve Resolution 2026-02 adopting the </w:t>
      </w:r>
      <w:proofErr w:type="gramStart"/>
      <w:r>
        <w:rPr>
          <w:rFonts w:asciiTheme="majorHAnsi" w:hAnsiTheme="majorHAnsi" w:cstheme="majorHAnsi"/>
        </w:rPr>
        <w:t>District’s</w:t>
      </w:r>
      <w:proofErr w:type="gramEnd"/>
      <w:r>
        <w:rPr>
          <w:rFonts w:asciiTheme="majorHAnsi" w:hAnsiTheme="majorHAnsi" w:cstheme="majorHAnsi"/>
        </w:rPr>
        <w:t xml:space="preserve"> revised Conflict of Interest Code and direct staff to distribute the Code to all interested parties.  Bob Secor seconded the motion.  All in favor – motion passed unanimously.</w:t>
      </w:r>
    </w:p>
    <w:p w14:paraId="313F2928" w14:textId="77777777" w:rsidR="00FC3266" w:rsidRDefault="00FC3266" w:rsidP="00B26BC8">
      <w:pPr>
        <w:pStyle w:val="NoSpacing"/>
        <w:rPr>
          <w:rFonts w:asciiTheme="majorHAnsi" w:hAnsiTheme="majorHAnsi" w:cstheme="majorHAnsi"/>
        </w:rPr>
      </w:pPr>
    </w:p>
    <w:p w14:paraId="1DC34F80" w14:textId="77777777" w:rsidR="00FC3266" w:rsidRDefault="00FC3266" w:rsidP="00B26BC8">
      <w:pPr>
        <w:pStyle w:val="NoSpacing"/>
        <w:rPr>
          <w:rFonts w:asciiTheme="majorHAnsi" w:hAnsiTheme="majorHAnsi" w:cstheme="majorHAnsi"/>
        </w:rPr>
      </w:pPr>
    </w:p>
    <w:p w14:paraId="4D9EA1E3" w14:textId="6475CD33" w:rsidR="00FC3266" w:rsidRPr="000F5870" w:rsidRDefault="00FC3266" w:rsidP="00B26BC8">
      <w:pPr>
        <w:pStyle w:val="NoSpacing"/>
        <w:rPr>
          <w:rFonts w:asciiTheme="majorHAnsi" w:hAnsiTheme="majorHAnsi" w:cstheme="majorHAnsi"/>
          <w:b/>
          <w:bCs/>
        </w:rPr>
      </w:pPr>
      <w:r w:rsidRPr="000F5870">
        <w:rPr>
          <w:rFonts w:asciiTheme="majorHAnsi" w:hAnsiTheme="majorHAnsi" w:cstheme="majorHAnsi"/>
          <w:b/>
          <w:bCs/>
        </w:rPr>
        <w:t xml:space="preserve">b. Approval of FY 2026-27 and </w:t>
      </w:r>
      <w:r w:rsidRPr="00480B6F">
        <w:rPr>
          <w:rFonts w:asciiTheme="majorHAnsi" w:hAnsiTheme="majorHAnsi" w:cstheme="majorHAnsi"/>
          <w:b/>
          <w:bCs/>
          <w:i/>
          <w:iCs/>
          <w:u w:val="single"/>
        </w:rPr>
        <w:t>Resolution 2026-03</w:t>
      </w:r>
      <w:r w:rsidRPr="000F5870">
        <w:rPr>
          <w:rFonts w:asciiTheme="majorHAnsi" w:hAnsiTheme="majorHAnsi" w:cstheme="majorHAnsi"/>
          <w:b/>
          <w:bCs/>
        </w:rPr>
        <w:t xml:space="preserve"> Officially Adopting the Master Budget of FY 2026-27:</w:t>
      </w:r>
    </w:p>
    <w:p w14:paraId="49B83638" w14:textId="77777777" w:rsidR="00FC3266" w:rsidRDefault="00FC3266" w:rsidP="00B26BC8">
      <w:pPr>
        <w:pStyle w:val="NoSpacing"/>
        <w:rPr>
          <w:rFonts w:asciiTheme="majorHAnsi" w:hAnsiTheme="majorHAnsi" w:cstheme="majorHAnsi"/>
        </w:rPr>
      </w:pPr>
    </w:p>
    <w:p w14:paraId="72C00D96" w14:textId="2C06656E" w:rsidR="005F6B9B" w:rsidRDefault="005F6B9B" w:rsidP="00B26BC8">
      <w:pPr>
        <w:pStyle w:val="NoSpacing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Samantha Howard reviewed the </w:t>
      </w:r>
      <w:r w:rsidR="006E5913">
        <w:rPr>
          <w:rFonts w:asciiTheme="majorHAnsi" w:hAnsiTheme="majorHAnsi" w:cstheme="majorHAnsi"/>
        </w:rPr>
        <w:t>FY 2026-27 Budget with the Board, using this as an educational moment to explain how the Budget is set up.</w:t>
      </w:r>
    </w:p>
    <w:p w14:paraId="45B87701" w14:textId="77777777" w:rsidR="006E5913" w:rsidRDefault="006E5913" w:rsidP="00B26BC8">
      <w:pPr>
        <w:pStyle w:val="NoSpacing"/>
        <w:rPr>
          <w:rFonts w:asciiTheme="majorHAnsi" w:hAnsiTheme="majorHAnsi" w:cstheme="majorHAnsi"/>
        </w:rPr>
      </w:pPr>
    </w:p>
    <w:p w14:paraId="72052F4B" w14:textId="69B01ECA" w:rsidR="006E5913" w:rsidRDefault="006E5913" w:rsidP="00B26BC8">
      <w:pPr>
        <w:pStyle w:val="NoSpacing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 motion was made by Bob Secor to approve Resolution 2026-03 approving and adopting the proposed budget for Fiscal Year 2026-2027.  The motion was seconded by Kaitlyn Combs.</w:t>
      </w:r>
    </w:p>
    <w:p w14:paraId="5EC9514E" w14:textId="583B1048" w:rsidR="006E5913" w:rsidRDefault="006E5913" w:rsidP="00B26BC8">
      <w:pPr>
        <w:pStyle w:val="NoSpacing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All in favor – motion passed unanimously.</w:t>
      </w:r>
    </w:p>
    <w:p w14:paraId="432CA378" w14:textId="77777777" w:rsidR="00FC3266" w:rsidRDefault="00FC3266" w:rsidP="00B26BC8">
      <w:pPr>
        <w:pStyle w:val="NoSpacing"/>
        <w:rPr>
          <w:rFonts w:asciiTheme="majorHAnsi" w:hAnsiTheme="majorHAnsi" w:cstheme="majorHAnsi"/>
        </w:rPr>
      </w:pPr>
    </w:p>
    <w:p w14:paraId="5AEF91DD" w14:textId="466DF050" w:rsidR="00FC3266" w:rsidRPr="000F5870" w:rsidRDefault="00FC3266" w:rsidP="00B26BC8">
      <w:pPr>
        <w:pStyle w:val="NoSpacing"/>
        <w:rPr>
          <w:rFonts w:asciiTheme="majorHAnsi" w:hAnsiTheme="majorHAnsi" w:cstheme="majorHAnsi"/>
          <w:b/>
          <w:bCs/>
        </w:rPr>
      </w:pPr>
      <w:r w:rsidRPr="000F5870">
        <w:rPr>
          <w:rFonts w:asciiTheme="majorHAnsi" w:hAnsiTheme="majorHAnsi" w:cstheme="majorHAnsi"/>
          <w:b/>
          <w:bCs/>
        </w:rPr>
        <w:t xml:space="preserve">c.  Approval of </w:t>
      </w:r>
      <w:r w:rsidRPr="00480B6F">
        <w:rPr>
          <w:rFonts w:asciiTheme="majorHAnsi" w:hAnsiTheme="majorHAnsi" w:cstheme="majorHAnsi"/>
          <w:b/>
          <w:bCs/>
          <w:i/>
          <w:iCs/>
          <w:u w:val="single"/>
        </w:rPr>
        <w:t>Resolution 2026-04</w:t>
      </w:r>
      <w:r w:rsidRPr="000F5870">
        <w:rPr>
          <w:rFonts w:asciiTheme="majorHAnsi" w:hAnsiTheme="majorHAnsi" w:cstheme="majorHAnsi"/>
          <w:b/>
          <w:bCs/>
        </w:rPr>
        <w:t xml:space="preserve"> Approving annual Update of Authorized Signers with County of Humboldt:</w:t>
      </w:r>
    </w:p>
    <w:p w14:paraId="28276CDA" w14:textId="1AEB34F5" w:rsidR="00FC3266" w:rsidRDefault="006E5913" w:rsidP="00B26BC8">
      <w:pPr>
        <w:pStyle w:val="NoSpacing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A motion was made by Byron Frick to approve Resolution 2026-04 approving signer updates on the Authorized Signer Form for Humboldt County.</w:t>
      </w:r>
      <w:r w:rsidR="00164664">
        <w:rPr>
          <w:rFonts w:asciiTheme="majorHAnsi" w:hAnsiTheme="majorHAnsi" w:cstheme="majorHAnsi"/>
        </w:rPr>
        <w:t xml:space="preserve">  The motion was seconded by Bob Secor.  All in favor –</w:t>
      </w:r>
    </w:p>
    <w:p w14:paraId="38F57650" w14:textId="13782C64" w:rsidR="00164664" w:rsidRDefault="00164664" w:rsidP="00B26BC8">
      <w:pPr>
        <w:pStyle w:val="NoSpacing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Motion passed unanimously.</w:t>
      </w:r>
    </w:p>
    <w:p w14:paraId="7016F530" w14:textId="77777777" w:rsidR="00FC3266" w:rsidRDefault="00FC3266" w:rsidP="00B26BC8">
      <w:pPr>
        <w:pStyle w:val="NoSpacing"/>
        <w:rPr>
          <w:rFonts w:asciiTheme="majorHAnsi" w:hAnsiTheme="majorHAnsi" w:cstheme="majorHAnsi"/>
        </w:rPr>
      </w:pPr>
    </w:p>
    <w:p w14:paraId="183EDE32" w14:textId="77777777" w:rsidR="00480B6F" w:rsidRDefault="00480B6F" w:rsidP="00B26BC8">
      <w:pPr>
        <w:pStyle w:val="NoSpacing"/>
        <w:rPr>
          <w:rFonts w:asciiTheme="majorHAnsi" w:hAnsiTheme="majorHAnsi" w:cstheme="majorHAnsi"/>
          <w:b/>
          <w:bCs/>
        </w:rPr>
      </w:pPr>
    </w:p>
    <w:p w14:paraId="2C392256" w14:textId="7F73CAFA" w:rsidR="00FC3266" w:rsidRPr="000F5870" w:rsidRDefault="00FC3266" w:rsidP="00B26BC8">
      <w:pPr>
        <w:pStyle w:val="NoSpacing"/>
        <w:rPr>
          <w:rFonts w:asciiTheme="majorHAnsi" w:hAnsiTheme="majorHAnsi" w:cstheme="majorHAnsi"/>
          <w:b/>
          <w:bCs/>
        </w:rPr>
      </w:pPr>
      <w:r w:rsidRPr="000F5870">
        <w:rPr>
          <w:rFonts w:asciiTheme="majorHAnsi" w:hAnsiTheme="majorHAnsi" w:cstheme="majorHAnsi"/>
          <w:b/>
          <w:bCs/>
        </w:rPr>
        <w:t xml:space="preserve">d.  Approval </w:t>
      </w:r>
      <w:r w:rsidRPr="00480B6F">
        <w:rPr>
          <w:rFonts w:asciiTheme="majorHAnsi" w:hAnsiTheme="majorHAnsi" w:cstheme="majorHAnsi"/>
          <w:b/>
          <w:bCs/>
          <w:i/>
          <w:iCs/>
          <w:u w:val="single"/>
        </w:rPr>
        <w:t>Resolution 2026-0</w:t>
      </w:r>
      <w:r w:rsidR="000F5870" w:rsidRPr="00480B6F">
        <w:rPr>
          <w:rFonts w:asciiTheme="majorHAnsi" w:hAnsiTheme="majorHAnsi" w:cstheme="majorHAnsi"/>
          <w:b/>
          <w:bCs/>
          <w:i/>
          <w:iCs/>
          <w:u w:val="single"/>
        </w:rPr>
        <w:t>5</w:t>
      </w:r>
      <w:r w:rsidRPr="000F5870">
        <w:rPr>
          <w:rFonts w:asciiTheme="majorHAnsi" w:hAnsiTheme="majorHAnsi" w:cstheme="majorHAnsi"/>
          <w:b/>
          <w:bCs/>
        </w:rPr>
        <w:t xml:space="preserve"> Authorizing the opening of a General Funds Checking Account at Tri Counties Bank ($20,000) to be pulled from Cash in County for initial funding:</w:t>
      </w:r>
    </w:p>
    <w:p w14:paraId="7404EA0A" w14:textId="77777777" w:rsidR="00FC3266" w:rsidRDefault="00FC3266" w:rsidP="00B26BC8">
      <w:pPr>
        <w:pStyle w:val="NoSpacing"/>
        <w:rPr>
          <w:rFonts w:asciiTheme="majorHAnsi" w:hAnsiTheme="majorHAnsi" w:cstheme="majorHAnsi"/>
        </w:rPr>
      </w:pPr>
    </w:p>
    <w:p w14:paraId="4C7036F9" w14:textId="0D12C6BE" w:rsidR="006A7E18" w:rsidRDefault="006E5913" w:rsidP="00B26BC8">
      <w:pPr>
        <w:pStyle w:val="NoSpacing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 motion was made by </w:t>
      </w:r>
      <w:r w:rsidR="00EA11C0">
        <w:rPr>
          <w:rFonts w:asciiTheme="majorHAnsi" w:hAnsiTheme="majorHAnsi" w:cstheme="majorHAnsi"/>
        </w:rPr>
        <w:t>Bob Secor</w:t>
      </w:r>
      <w:r>
        <w:rPr>
          <w:rFonts w:asciiTheme="majorHAnsi" w:hAnsiTheme="majorHAnsi" w:cstheme="majorHAnsi"/>
        </w:rPr>
        <w:t xml:space="preserve"> to approve Resolution 2026-05 authorizing the opening of a general fund checking account at Tri Counties Bank, authorizing initial transfer of $20,000 from fund 2590, and designating authorized signers.  Motion was seconded by</w:t>
      </w:r>
      <w:r w:rsidR="00EA11C0">
        <w:rPr>
          <w:rFonts w:asciiTheme="majorHAnsi" w:hAnsiTheme="majorHAnsi" w:cstheme="majorHAnsi"/>
        </w:rPr>
        <w:t xml:space="preserve"> Byron Firick.</w:t>
      </w:r>
      <w:r>
        <w:rPr>
          <w:rFonts w:asciiTheme="majorHAnsi" w:hAnsiTheme="majorHAnsi" w:cstheme="majorHAnsi"/>
        </w:rPr>
        <w:t xml:space="preserve"> </w:t>
      </w:r>
    </w:p>
    <w:p w14:paraId="1C3D7F5E" w14:textId="07F9BFD5" w:rsidR="00FC3266" w:rsidRDefault="006E5913" w:rsidP="00B26BC8">
      <w:pPr>
        <w:pStyle w:val="NoSpacing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All in favor – motion passed unanimously.</w:t>
      </w:r>
    </w:p>
    <w:p w14:paraId="4A582B1C" w14:textId="77777777" w:rsidR="00294B04" w:rsidRDefault="00294B04" w:rsidP="009B7749">
      <w:pPr>
        <w:rPr>
          <w:rFonts w:asciiTheme="majorHAnsi" w:hAnsiTheme="majorHAnsi" w:cstheme="majorHAnsi"/>
          <w:b/>
          <w:bCs/>
        </w:rPr>
      </w:pPr>
    </w:p>
    <w:p w14:paraId="6DA30228" w14:textId="10A2A31C" w:rsidR="0092207E" w:rsidRPr="00294B04" w:rsidRDefault="00D963DD" w:rsidP="009B7749">
      <w:pPr>
        <w:rPr>
          <w:rFonts w:asciiTheme="majorHAnsi" w:hAnsiTheme="majorHAnsi" w:cstheme="majorHAnsi"/>
          <w:b/>
          <w:bCs/>
        </w:rPr>
      </w:pPr>
      <w:r w:rsidRPr="00294B04">
        <w:rPr>
          <w:rFonts w:asciiTheme="majorHAnsi" w:hAnsiTheme="majorHAnsi" w:cstheme="majorHAnsi"/>
          <w:b/>
          <w:bCs/>
        </w:rPr>
        <w:t>9</w:t>
      </w:r>
      <w:r w:rsidR="00844F38" w:rsidRPr="00294B04">
        <w:rPr>
          <w:rFonts w:asciiTheme="majorHAnsi" w:hAnsiTheme="majorHAnsi" w:cstheme="majorHAnsi"/>
          <w:b/>
          <w:bCs/>
        </w:rPr>
        <w:t>)</w:t>
      </w:r>
      <w:r w:rsidRPr="00294B04">
        <w:rPr>
          <w:rFonts w:asciiTheme="majorHAnsi" w:hAnsiTheme="majorHAnsi" w:cstheme="majorHAnsi"/>
          <w:b/>
          <w:bCs/>
        </w:rPr>
        <w:t>. STAFF REPORTS:</w:t>
      </w:r>
    </w:p>
    <w:p w14:paraId="2196A302" w14:textId="3488EE03" w:rsidR="0092207E" w:rsidRDefault="00B26BC8" w:rsidP="00844F38">
      <w:pPr>
        <w:pStyle w:val="NoSpacing"/>
        <w:rPr>
          <w:rFonts w:asciiTheme="majorHAnsi" w:hAnsiTheme="majorHAnsi" w:cstheme="majorHAnsi"/>
          <w:b/>
          <w:bCs/>
        </w:rPr>
      </w:pPr>
      <w:r w:rsidRPr="00294B04">
        <w:rPr>
          <w:rFonts w:asciiTheme="majorHAnsi" w:hAnsiTheme="majorHAnsi" w:cstheme="majorHAnsi"/>
          <w:b/>
          <w:bCs/>
        </w:rPr>
        <w:t>a. OCSD District Office</w:t>
      </w:r>
      <w:r w:rsidR="00294B04" w:rsidRPr="00294B04">
        <w:rPr>
          <w:rFonts w:asciiTheme="majorHAnsi" w:hAnsiTheme="majorHAnsi" w:cstheme="majorHAnsi"/>
          <w:b/>
          <w:bCs/>
        </w:rPr>
        <w:t>:</w:t>
      </w:r>
    </w:p>
    <w:p w14:paraId="7DB55AF3" w14:textId="77777777" w:rsidR="005F6B9B" w:rsidRDefault="005F6B9B" w:rsidP="005F6B9B">
      <w:pPr>
        <w:pStyle w:val="NoSpacing"/>
        <w:rPr>
          <w:rFonts w:asciiTheme="majorHAnsi" w:hAnsiTheme="majorHAnsi" w:cstheme="majorHAnsi"/>
        </w:rPr>
      </w:pPr>
      <w:r w:rsidRPr="00294B04">
        <w:rPr>
          <w:rFonts w:asciiTheme="majorHAnsi" w:hAnsiTheme="majorHAnsi" w:cstheme="majorHAnsi"/>
        </w:rPr>
        <w:t xml:space="preserve">Discuss Finance/Policy changes: See Samantha Howard finance report. </w:t>
      </w:r>
    </w:p>
    <w:p w14:paraId="34C771EB" w14:textId="77777777" w:rsidR="00BD7D1D" w:rsidRDefault="00BD7D1D" w:rsidP="005F6B9B">
      <w:pPr>
        <w:pStyle w:val="NoSpacing"/>
        <w:rPr>
          <w:rFonts w:asciiTheme="majorHAnsi" w:hAnsiTheme="majorHAnsi" w:cstheme="majorHAnsi"/>
        </w:rPr>
      </w:pPr>
    </w:p>
    <w:p w14:paraId="1A6F424D" w14:textId="4608117B" w:rsidR="00BD7D1D" w:rsidRPr="00294B04" w:rsidRDefault="00BD7D1D" w:rsidP="005F6B9B">
      <w:pPr>
        <w:pStyle w:val="NoSpacing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Discussion was had regarding a water customer requesting 2 free years of water and potential threat of removing water meter. Ron will follow up with customer.</w:t>
      </w:r>
    </w:p>
    <w:p w14:paraId="0904F935" w14:textId="77777777" w:rsidR="005F6B9B" w:rsidRDefault="005F6B9B" w:rsidP="00844F38">
      <w:pPr>
        <w:pStyle w:val="NoSpacing"/>
        <w:rPr>
          <w:rFonts w:asciiTheme="majorHAnsi" w:hAnsiTheme="majorHAnsi" w:cstheme="majorHAnsi"/>
          <w:b/>
          <w:bCs/>
        </w:rPr>
      </w:pPr>
    </w:p>
    <w:p w14:paraId="61C18B76" w14:textId="42287CAE" w:rsidR="00D9795A" w:rsidRDefault="00BD7D1D" w:rsidP="00844F38">
      <w:pPr>
        <w:pStyle w:val="NoSpacing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Staff is struggling with processing payroll liabilities withing QuickBooks due to timer requirements with the IRS and EDD. Board directed staff to contact IRS for guidance and/or correction.</w:t>
      </w:r>
    </w:p>
    <w:p w14:paraId="0575F3FE" w14:textId="77777777" w:rsidR="00BD7D1D" w:rsidRPr="00294B04" w:rsidRDefault="00BD7D1D" w:rsidP="00844F38">
      <w:pPr>
        <w:pStyle w:val="NoSpacing"/>
        <w:rPr>
          <w:rFonts w:asciiTheme="majorHAnsi" w:hAnsiTheme="majorHAnsi" w:cstheme="majorHAnsi"/>
        </w:rPr>
      </w:pPr>
    </w:p>
    <w:p w14:paraId="6EE08231" w14:textId="08812DF0" w:rsidR="00876AF9" w:rsidRPr="00294B04" w:rsidRDefault="00B26BC8" w:rsidP="00B26BC8">
      <w:pPr>
        <w:pStyle w:val="NoSpacing"/>
        <w:rPr>
          <w:rFonts w:asciiTheme="majorHAnsi" w:hAnsiTheme="majorHAnsi" w:cstheme="majorHAnsi"/>
        </w:rPr>
      </w:pPr>
      <w:r w:rsidRPr="00294B04">
        <w:rPr>
          <w:rFonts w:asciiTheme="majorHAnsi" w:hAnsiTheme="majorHAnsi" w:cstheme="majorHAnsi"/>
          <w:b/>
          <w:bCs/>
        </w:rPr>
        <w:t>b. Water System:</w:t>
      </w:r>
      <w:r w:rsidR="00876AF9">
        <w:rPr>
          <w:rFonts w:asciiTheme="majorHAnsi" w:hAnsiTheme="majorHAnsi" w:cstheme="majorHAnsi"/>
          <w:b/>
          <w:bCs/>
        </w:rPr>
        <w:t xml:space="preserve">  </w:t>
      </w:r>
      <w:r w:rsidR="00876AF9">
        <w:rPr>
          <w:rFonts w:asciiTheme="majorHAnsi" w:hAnsiTheme="majorHAnsi" w:cstheme="majorHAnsi"/>
        </w:rPr>
        <w:t>A</w:t>
      </w:r>
      <w:r w:rsidR="00030CB1" w:rsidRPr="00294B04">
        <w:rPr>
          <w:rFonts w:asciiTheme="majorHAnsi" w:hAnsiTheme="majorHAnsi" w:cstheme="majorHAnsi"/>
        </w:rPr>
        <w:t xml:space="preserve">ll systems operational; discussion under grant/tank projects. </w:t>
      </w:r>
      <w:r w:rsidR="00876AF9">
        <w:rPr>
          <w:rFonts w:asciiTheme="majorHAnsi" w:hAnsiTheme="majorHAnsi" w:cstheme="majorHAnsi"/>
        </w:rPr>
        <w:t>Daily/monthly/annual reporting/samples are up to date.  Basic groundskeeping/maintenance completed as necessary.</w:t>
      </w:r>
    </w:p>
    <w:p w14:paraId="36F91854" w14:textId="77777777" w:rsidR="00B26BC8" w:rsidRPr="00294B04" w:rsidRDefault="00B26BC8" w:rsidP="00B26BC8">
      <w:pPr>
        <w:pStyle w:val="NoSpacing"/>
        <w:rPr>
          <w:rFonts w:asciiTheme="majorHAnsi" w:hAnsiTheme="majorHAnsi" w:cstheme="majorHAnsi"/>
        </w:rPr>
      </w:pPr>
    </w:p>
    <w:p w14:paraId="599923EF" w14:textId="5C00FF6C" w:rsidR="0092207E" w:rsidRPr="00294B04" w:rsidRDefault="00B26BC8" w:rsidP="00B26BC8">
      <w:pPr>
        <w:pStyle w:val="NoSpacing"/>
        <w:rPr>
          <w:rFonts w:asciiTheme="majorHAnsi" w:hAnsiTheme="majorHAnsi" w:cstheme="majorHAnsi"/>
        </w:rPr>
      </w:pPr>
      <w:r w:rsidRPr="00294B04">
        <w:rPr>
          <w:rFonts w:asciiTheme="majorHAnsi" w:hAnsiTheme="majorHAnsi" w:cstheme="majorHAnsi"/>
          <w:b/>
          <w:bCs/>
        </w:rPr>
        <w:t>c.  Community Hall:</w:t>
      </w:r>
      <w:r w:rsidR="005A7678" w:rsidRPr="00294B04">
        <w:rPr>
          <w:rFonts w:asciiTheme="majorHAnsi" w:hAnsiTheme="majorHAnsi" w:cstheme="majorHAnsi"/>
        </w:rPr>
        <w:t xml:space="preserve"> </w:t>
      </w:r>
      <w:r w:rsidR="00915CB5" w:rsidRPr="00294B04">
        <w:rPr>
          <w:rFonts w:asciiTheme="majorHAnsi" w:hAnsiTheme="majorHAnsi" w:cstheme="majorHAnsi"/>
        </w:rPr>
        <w:t xml:space="preserve">Plan to create a set of official rules and ordinance with adoption process. </w:t>
      </w:r>
    </w:p>
    <w:p w14:paraId="6149D303" w14:textId="3E11CBE8" w:rsidR="00915CB5" w:rsidRPr="00294B04" w:rsidRDefault="00915CB5" w:rsidP="00B26BC8">
      <w:pPr>
        <w:pStyle w:val="NoSpacing"/>
        <w:rPr>
          <w:rFonts w:asciiTheme="majorHAnsi" w:hAnsiTheme="majorHAnsi" w:cstheme="majorHAnsi"/>
        </w:rPr>
      </w:pPr>
      <w:r w:rsidRPr="00294B04">
        <w:rPr>
          <w:rFonts w:asciiTheme="majorHAnsi" w:hAnsiTheme="majorHAnsi" w:cstheme="majorHAnsi"/>
        </w:rPr>
        <w:t>Cleanliness and organization concerns (e.g., food storage, flour spillage. Tenants/renter’s failing to comply despite repeated verbal warnings.</w:t>
      </w:r>
    </w:p>
    <w:p w14:paraId="5E255CE7" w14:textId="6A6B9E54" w:rsidR="00915CB5" w:rsidRPr="00294B04" w:rsidRDefault="00E50985" w:rsidP="00B26BC8">
      <w:pPr>
        <w:pStyle w:val="NoSpacing"/>
        <w:rPr>
          <w:rFonts w:asciiTheme="majorHAnsi" w:hAnsiTheme="majorHAnsi" w:cstheme="majorHAnsi"/>
        </w:rPr>
      </w:pPr>
      <w:r w:rsidRPr="00294B04">
        <w:rPr>
          <w:rFonts w:asciiTheme="majorHAnsi" w:hAnsiTheme="majorHAnsi" w:cstheme="majorHAnsi"/>
        </w:rPr>
        <w:t xml:space="preserve">Progressive discipline would be a written notice, termination of privilege on repeated offenses. </w:t>
      </w:r>
    </w:p>
    <w:p w14:paraId="1F45456A" w14:textId="76FC48E9" w:rsidR="00E50985" w:rsidRPr="00294B04" w:rsidRDefault="00E50985" w:rsidP="00B26BC8">
      <w:pPr>
        <w:pStyle w:val="NoSpacing"/>
        <w:rPr>
          <w:rFonts w:asciiTheme="majorHAnsi" w:hAnsiTheme="majorHAnsi" w:cstheme="majorHAnsi"/>
        </w:rPr>
      </w:pPr>
      <w:r w:rsidRPr="00294B04">
        <w:rPr>
          <w:rFonts w:asciiTheme="majorHAnsi" w:hAnsiTheme="majorHAnsi" w:cstheme="majorHAnsi"/>
        </w:rPr>
        <w:t xml:space="preserve">The county could shut us down the kitchen if the cleanliness is not maintained. </w:t>
      </w:r>
    </w:p>
    <w:p w14:paraId="2705A5DF" w14:textId="0C4AD6DA" w:rsidR="000F5870" w:rsidRDefault="000F5870" w:rsidP="000F5870">
      <w:pPr>
        <w:pStyle w:val="NoSpacing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Regarding new Hall roof; </w:t>
      </w:r>
      <w:r w:rsidRPr="00294B04">
        <w:rPr>
          <w:rFonts w:asciiTheme="majorHAnsi" w:hAnsiTheme="majorHAnsi" w:cstheme="majorHAnsi"/>
        </w:rPr>
        <w:t xml:space="preserve">Samantha Howard </w:t>
      </w:r>
      <w:r>
        <w:rPr>
          <w:rFonts w:asciiTheme="majorHAnsi" w:hAnsiTheme="majorHAnsi" w:cstheme="majorHAnsi"/>
        </w:rPr>
        <w:t xml:space="preserve">has located a grant that may replace the roof.  She will </w:t>
      </w:r>
      <w:r w:rsidRPr="00294B04">
        <w:rPr>
          <w:rFonts w:asciiTheme="majorHAnsi" w:hAnsiTheme="majorHAnsi" w:cstheme="majorHAnsi"/>
        </w:rPr>
        <w:t>continue investigating and preparing grant applications (both Statewide Parks Program and CRC/Strategic growth council)</w:t>
      </w:r>
      <w:r>
        <w:rPr>
          <w:rFonts w:asciiTheme="majorHAnsi" w:hAnsiTheme="majorHAnsi" w:cstheme="majorHAnsi"/>
        </w:rPr>
        <w:t>.</w:t>
      </w:r>
    </w:p>
    <w:p w14:paraId="63A9159F" w14:textId="77777777" w:rsidR="00BD7D1D" w:rsidRPr="00294B04" w:rsidRDefault="00BD7D1D" w:rsidP="000F5870">
      <w:pPr>
        <w:pStyle w:val="NoSpacing"/>
        <w:rPr>
          <w:rFonts w:asciiTheme="majorHAnsi" w:hAnsiTheme="majorHAnsi" w:cstheme="majorHAnsi"/>
        </w:rPr>
      </w:pPr>
    </w:p>
    <w:p w14:paraId="63047BD0" w14:textId="2F1885A9" w:rsidR="0092207E" w:rsidRPr="00294B04" w:rsidRDefault="00B26BC8" w:rsidP="00B26BC8">
      <w:pPr>
        <w:pStyle w:val="NoSpacing"/>
        <w:rPr>
          <w:rFonts w:asciiTheme="majorHAnsi" w:hAnsiTheme="majorHAnsi" w:cstheme="majorHAnsi"/>
        </w:rPr>
      </w:pPr>
      <w:r w:rsidRPr="00294B04">
        <w:rPr>
          <w:rFonts w:asciiTheme="majorHAnsi" w:hAnsiTheme="majorHAnsi" w:cstheme="majorHAnsi"/>
          <w:b/>
          <w:bCs/>
        </w:rPr>
        <w:t>d. Fire Hall:</w:t>
      </w:r>
      <w:r w:rsidR="00532BFC" w:rsidRPr="00294B04">
        <w:rPr>
          <w:rFonts w:asciiTheme="majorHAnsi" w:hAnsiTheme="majorHAnsi" w:cstheme="majorHAnsi"/>
        </w:rPr>
        <w:t xml:space="preserve"> Ron said it </w:t>
      </w:r>
      <w:r w:rsidR="00876AF9">
        <w:rPr>
          <w:rFonts w:asciiTheme="majorHAnsi" w:hAnsiTheme="majorHAnsi" w:cstheme="majorHAnsi"/>
        </w:rPr>
        <w:t xml:space="preserve">has been </w:t>
      </w:r>
      <w:r w:rsidR="00532BFC" w:rsidRPr="00294B04">
        <w:rPr>
          <w:rFonts w:asciiTheme="majorHAnsi" w:hAnsiTheme="majorHAnsi" w:cstheme="majorHAnsi"/>
        </w:rPr>
        <w:t>difficult</w:t>
      </w:r>
      <w:r w:rsidR="00876AF9">
        <w:rPr>
          <w:rFonts w:asciiTheme="majorHAnsi" w:hAnsiTheme="majorHAnsi" w:cstheme="majorHAnsi"/>
        </w:rPr>
        <w:t xml:space="preserve"> </w:t>
      </w:r>
      <w:r w:rsidR="00532BFC" w:rsidRPr="00294B04">
        <w:rPr>
          <w:rFonts w:asciiTheme="majorHAnsi" w:hAnsiTheme="majorHAnsi" w:cstheme="majorHAnsi"/>
        </w:rPr>
        <w:t xml:space="preserve">with driver availability due to </w:t>
      </w:r>
      <w:r w:rsidR="002506D5" w:rsidRPr="00294B04">
        <w:rPr>
          <w:rFonts w:asciiTheme="majorHAnsi" w:hAnsiTheme="majorHAnsi" w:cstheme="majorHAnsi"/>
        </w:rPr>
        <w:t>conflicting work</w:t>
      </w:r>
      <w:r w:rsidR="00532BFC" w:rsidRPr="00294B04">
        <w:rPr>
          <w:rFonts w:asciiTheme="majorHAnsi" w:hAnsiTheme="majorHAnsi" w:cstheme="majorHAnsi"/>
        </w:rPr>
        <w:t xml:space="preserve"> </w:t>
      </w:r>
      <w:r w:rsidR="002506D5" w:rsidRPr="00294B04">
        <w:rPr>
          <w:rFonts w:asciiTheme="majorHAnsi" w:hAnsiTheme="majorHAnsi" w:cstheme="majorHAnsi"/>
        </w:rPr>
        <w:t>arrangements</w:t>
      </w:r>
      <w:r w:rsidR="00532BFC" w:rsidRPr="00294B04">
        <w:rPr>
          <w:rFonts w:asciiTheme="majorHAnsi" w:hAnsiTheme="majorHAnsi" w:cstheme="majorHAnsi"/>
        </w:rPr>
        <w:t xml:space="preserve">. </w:t>
      </w:r>
      <w:r w:rsidR="002506D5" w:rsidRPr="00294B04">
        <w:rPr>
          <w:rFonts w:asciiTheme="majorHAnsi" w:hAnsiTheme="majorHAnsi" w:cstheme="majorHAnsi"/>
        </w:rPr>
        <w:t xml:space="preserve">One occasion, there was no available certified driver to respond to calls. </w:t>
      </w:r>
    </w:p>
    <w:p w14:paraId="4351241D" w14:textId="56F98308" w:rsidR="002506D5" w:rsidRPr="00294B04" w:rsidRDefault="002506D5" w:rsidP="00B26BC8">
      <w:pPr>
        <w:pStyle w:val="NoSpacing"/>
        <w:rPr>
          <w:rFonts w:asciiTheme="majorHAnsi" w:hAnsiTheme="majorHAnsi" w:cstheme="majorHAnsi"/>
        </w:rPr>
      </w:pPr>
      <w:r w:rsidRPr="00294B04">
        <w:rPr>
          <w:rFonts w:asciiTheme="majorHAnsi" w:hAnsiTheme="majorHAnsi" w:cstheme="majorHAnsi"/>
        </w:rPr>
        <w:t>Driver certification/endorsement remains a limiting factor.</w:t>
      </w:r>
    </w:p>
    <w:p w14:paraId="0B3A93C0" w14:textId="77777777" w:rsidR="005F6B9B" w:rsidRDefault="005F6B9B">
      <w:pPr>
        <w:spacing w:after="60" w:line="259" w:lineRule="auto"/>
        <w:rPr>
          <w:rFonts w:asciiTheme="majorHAnsi" w:hAnsiTheme="majorHAnsi" w:cstheme="majorHAnsi"/>
        </w:rPr>
      </w:pPr>
    </w:p>
    <w:p w14:paraId="7F186DBB" w14:textId="316F05B4" w:rsidR="0092207E" w:rsidRPr="00294B04" w:rsidRDefault="00B26BC8">
      <w:pPr>
        <w:spacing w:after="60" w:line="259" w:lineRule="auto"/>
        <w:rPr>
          <w:rFonts w:asciiTheme="majorHAnsi" w:hAnsiTheme="majorHAnsi" w:cstheme="majorHAnsi"/>
        </w:rPr>
      </w:pPr>
      <w:r w:rsidRPr="00294B04">
        <w:rPr>
          <w:rFonts w:asciiTheme="majorHAnsi" w:hAnsiTheme="majorHAnsi" w:cstheme="majorHAnsi"/>
          <w:b/>
        </w:rPr>
        <w:t>10). BOARD MEMBER REPORTS:</w:t>
      </w:r>
    </w:p>
    <w:p w14:paraId="6736A7C0" w14:textId="18D9ADA8" w:rsidR="0092207E" w:rsidRPr="00294B04" w:rsidRDefault="00000000" w:rsidP="007E7E36">
      <w:pPr>
        <w:pStyle w:val="ListParagraph"/>
        <w:numPr>
          <w:ilvl w:val="0"/>
          <w:numId w:val="16"/>
        </w:numPr>
        <w:spacing w:after="60" w:line="264" w:lineRule="auto"/>
        <w:rPr>
          <w:rFonts w:asciiTheme="majorHAnsi" w:hAnsiTheme="majorHAnsi" w:cstheme="majorHAnsi"/>
        </w:rPr>
      </w:pPr>
      <w:r w:rsidRPr="00294B04">
        <w:rPr>
          <w:rFonts w:asciiTheme="majorHAnsi" w:hAnsiTheme="majorHAnsi" w:cstheme="majorHAnsi"/>
        </w:rPr>
        <w:t>Levee Report:</w:t>
      </w:r>
      <w:r w:rsidR="00876AF9">
        <w:rPr>
          <w:rFonts w:asciiTheme="majorHAnsi" w:hAnsiTheme="majorHAnsi" w:cstheme="majorHAnsi"/>
        </w:rPr>
        <w:t xml:space="preserve"> Ron Barlow said county personnel have i</w:t>
      </w:r>
      <w:r w:rsidR="00532BFC" w:rsidRPr="00294B04">
        <w:rPr>
          <w:rFonts w:asciiTheme="majorHAnsi" w:hAnsiTheme="majorHAnsi" w:cstheme="majorHAnsi"/>
        </w:rPr>
        <w:t>dentified new drop-outs/sinkholes that may pose a danger.</w:t>
      </w:r>
      <w:r w:rsidR="002506D5" w:rsidRPr="00294B04">
        <w:rPr>
          <w:rFonts w:asciiTheme="majorHAnsi" w:hAnsiTheme="majorHAnsi" w:cstheme="majorHAnsi"/>
        </w:rPr>
        <w:t xml:space="preserve"> </w:t>
      </w:r>
    </w:p>
    <w:p w14:paraId="36CE64AA" w14:textId="23DFEC32" w:rsidR="0092207E" w:rsidRPr="00294B04" w:rsidRDefault="00000000" w:rsidP="007E7E36">
      <w:pPr>
        <w:pStyle w:val="ListParagraph"/>
        <w:numPr>
          <w:ilvl w:val="0"/>
          <w:numId w:val="16"/>
        </w:numPr>
        <w:spacing w:after="120" w:line="264" w:lineRule="auto"/>
        <w:rPr>
          <w:rFonts w:asciiTheme="majorHAnsi" w:hAnsiTheme="majorHAnsi" w:cstheme="majorHAnsi"/>
        </w:rPr>
      </w:pPr>
      <w:r w:rsidRPr="00294B04">
        <w:rPr>
          <w:rFonts w:asciiTheme="majorHAnsi" w:hAnsiTheme="majorHAnsi" w:cstheme="majorHAnsi"/>
        </w:rPr>
        <w:t>Board Members:</w:t>
      </w:r>
      <w:r w:rsidR="00876AF9">
        <w:rPr>
          <w:rFonts w:asciiTheme="majorHAnsi" w:hAnsiTheme="majorHAnsi" w:cstheme="majorHAnsi"/>
        </w:rPr>
        <w:t xml:space="preserve">  </w:t>
      </w:r>
      <w:r w:rsidR="00EA11C0">
        <w:rPr>
          <w:rFonts w:asciiTheme="majorHAnsi" w:hAnsiTheme="majorHAnsi" w:cstheme="majorHAnsi"/>
        </w:rPr>
        <w:t>Ron reported out on his first meeting with Redwood Regional Economic Development Commission, which he is now a member of its Board.</w:t>
      </w:r>
    </w:p>
    <w:p w14:paraId="751A7647" w14:textId="53C0D817" w:rsidR="00B26BC8" w:rsidRPr="00294B04" w:rsidRDefault="00B26BC8" w:rsidP="00B26BC8">
      <w:pPr>
        <w:spacing w:after="120" w:line="264" w:lineRule="auto"/>
        <w:rPr>
          <w:rFonts w:asciiTheme="majorHAnsi" w:hAnsiTheme="majorHAnsi" w:cstheme="majorHAnsi"/>
          <w:b/>
          <w:bCs/>
        </w:rPr>
      </w:pPr>
      <w:r w:rsidRPr="00294B04">
        <w:rPr>
          <w:rFonts w:asciiTheme="majorHAnsi" w:hAnsiTheme="majorHAnsi" w:cstheme="majorHAnsi"/>
          <w:b/>
          <w:bCs/>
        </w:rPr>
        <w:t>11). FUTURE AGENDA ITEM DISCUSSION/REQUESTS:</w:t>
      </w:r>
    </w:p>
    <w:p w14:paraId="51FA0356" w14:textId="3EDEE3EE" w:rsidR="003A54AF" w:rsidRPr="00480B6F" w:rsidRDefault="00B26BC8" w:rsidP="00480B6F">
      <w:pPr>
        <w:spacing w:after="120" w:line="264" w:lineRule="auto"/>
        <w:rPr>
          <w:rFonts w:asciiTheme="majorHAnsi" w:hAnsiTheme="majorHAnsi" w:cstheme="majorHAnsi"/>
        </w:rPr>
      </w:pPr>
      <w:r w:rsidRPr="00294B04">
        <w:rPr>
          <w:rFonts w:asciiTheme="majorHAnsi" w:hAnsiTheme="majorHAnsi" w:cstheme="majorHAnsi"/>
        </w:rPr>
        <w:t>Any member of the Board or public may request/future agenda items that fall within the jurisdiction of the Board.</w:t>
      </w:r>
    </w:p>
    <w:p w14:paraId="7F57A38C" w14:textId="3D5CB0C7" w:rsidR="009C553A" w:rsidRPr="00294B04" w:rsidRDefault="00D346FB" w:rsidP="00D346FB">
      <w:pPr>
        <w:spacing w:after="60" w:line="259" w:lineRule="auto"/>
        <w:rPr>
          <w:rFonts w:asciiTheme="majorHAnsi" w:hAnsiTheme="majorHAnsi" w:cstheme="majorHAnsi"/>
        </w:rPr>
      </w:pPr>
      <w:r w:rsidRPr="005B3E5C">
        <w:rPr>
          <w:rFonts w:asciiTheme="majorHAnsi" w:hAnsiTheme="majorHAnsi" w:cstheme="majorHAnsi"/>
          <w:b/>
        </w:rPr>
        <w:t>1</w:t>
      </w:r>
      <w:r w:rsidR="001C0F83" w:rsidRPr="005B3E5C">
        <w:rPr>
          <w:rFonts w:asciiTheme="majorHAnsi" w:hAnsiTheme="majorHAnsi" w:cstheme="majorHAnsi"/>
          <w:b/>
        </w:rPr>
        <w:t>2</w:t>
      </w:r>
      <w:r w:rsidR="00C201D1" w:rsidRPr="005B3E5C">
        <w:rPr>
          <w:rFonts w:asciiTheme="majorHAnsi" w:hAnsiTheme="majorHAnsi" w:cstheme="majorHAnsi"/>
          <w:b/>
        </w:rPr>
        <w:t>)</w:t>
      </w:r>
      <w:r w:rsidR="009C553A" w:rsidRPr="005B3E5C">
        <w:rPr>
          <w:rFonts w:asciiTheme="majorHAnsi" w:hAnsiTheme="majorHAnsi" w:cstheme="majorHAnsi"/>
          <w:b/>
        </w:rPr>
        <w:t>.</w:t>
      </w:r>
      <w:r w:rsidR="009C553A" w:rsidRPr="00294B04">
        <w:rPr>
          <w:rFonts w:asciiTheme="majorHAnsi" w:hAnsiTheme="majorHAnsi" w:cstheme="majorHAnsi"/>
          <w:b/>
        </w:rPr>
        <w:t xml:space="preserve"> CLOSED SESSION: </w:t>
      </w:r>
    </w:p>
    <w:p w14:paraId="50242B14" w14:textId="40B753FC" w:rsidR="003A54AF" w:rsidRDefault="00CE6B76" w:rsidP="00D346FB">
      <w:pPr>
        <w:pStyle w:val="ListParagraph"/>
        <w:numPr>
          <w:ilvl w:val="0"/>
          <w:numId w:val="18"/>
        </w:numPr>
        <w:spacing w:after="60" w:line="259" w:lineRule="auto"/>
        <w:rPr>
          <w:rFonts w:asciiTheme="majorHAnsi" w:hAnsiTheme="majorHAnsi" w:cstheme="majorHAnsi"/>
        </w:rPr>
      </w:pPr>
      <w:r w:rsidRPr="00CE6B76">
        <w:rPr>
          <w:rFonts w:asciiTheme="majorHAnsi" w:hAnsiTheme="majorHAnsi" w:cstheme="majorHAnsi"/>
        </w:rPr>
        <w:t xml:space="preserve">Closed session will be reported out if </w:t>
      </w:r>
      <w:proofErr w:type="gramStart"/>
      <w:r w:rsidRPr="00CE6B76">
        <w:rPr>
          <w:rFonts w:asciiTheme="majorHAnsi" w:hAnsiTheme="majorHAnsi" w:cstheme="majorHAnsi"/>
        </w:rPr>
        <w:t>necessary</w:t>
      </w:r>
      <w:proofErr w:type="gramEnd"/>
      <w:r w:rsidRPr="00CE6B76">
        <w:rPr>
          <w:rFonts w:asciiTheme="majorHAnsi" w:hAnsiTheme="majorHAnsi" w:cstheme="majorHAnsi"/>
        </w:rPr>
        <w:t xml:space="preserve"> at the August 12, 2026 board meeting.</w:t>
      </w:r>
    </w:p>
    <w:p w14:paraId="120C5364" w14:textId="77777777" w:rsidR="00CE6B76" w:rsidRPr="00CE6B76" w:rsidRDefault="00CE6B76" w:rsidP="00CE6B76">
      <w:pPr>
        <w:pStyle w:val="ListParagraph"/>
        <w:spacing w:after="60" w:line="259" w:lineRule="auto"/>
        <w:ind w:left="615"/>
        <w:rPr>
          <w:rFonts w:asciiTheme="majorHAnsi" w:hAnsiTheme="majorHAnsi" w:cstheme="majorHAnsi"/>
        </w:rPr>
      </w:pPr>
    </w:p>
    <w:p w14:paraId="2D0D722F" w14:textId="48724559" w:rsidR="001C0F83" w:rsidRPr="00294B04" w:rsidRDefault="00D346FB" w:rsidP="003A54AF">
      <w:pPr>
        <w:spacing w:after="120" w:line="264" w:lineRule="auto"/>
        <w:rPr>
          <w:rFonts w:asciiTheme="majorHAnsi" w:hAnsiTheme="majorHAnsi" w:cstheme="majorHAnsi"/>
        </w:rPr>
      </w:pPr>
      <w:r w:rsidRPr="00CE6B76">
        <w:rPr>
          <w:rFonts w:asciiTheme="majorHAnsi" w:hAnsiTheme="majorHAnsi" w:cstheme="majorHAnsi"/>
          <w:b/>
          <w:bCs/>
        </w:rPr>
        <w:t>1</w:t>
      </w:r>
      <w:r w:rsidR="001C0F83" w:rsidRPr="00CE6B76">
        <w:rPr>
          <w:rFonts w:asciiTheme="majorHAnsi" w:hAnsiTheme="majorHAnsi" w:cstheme="majorHAnsi"/>
          <w:b/>
          <w:bCs/>
        </w:rPr>
        <w:t>3</w:t>
      </w:r>
      <w:r w:rsidR="00CE6B76">
        <w:rPr>
          <w:rFonts w:asciiTheme="majorHAnsi" w:hAnsiTheme="majorHAnsi" w:cstheme="majorHAnsi"/>
          <w:b/>
          <w:bCs/>
        </w:rPr>
        <w:t xml:space="preserve">) </w:t>
      </w:r>
      <w:r w:rsidR="001C0F83" w:rsidRPr="00294B04">
        <w:rPr>
          <w:rFonts w:asciiTheme="majorHAnsi" w:hAnsiTheme="majorHAnsi" w:cstheme="majorHAnsi"/>
          <w:b/>
          <w:bCs/>
        </w:rPr>
        <w:t xml:space="preserve"> </w:t>
      </w:r>
      <w:r w:rsidR="001C0F83" w:rsidRPr="00294B04">
        <w:rPr>
          <w:rFonts w:asciiTheme="majorHAnsi" w:hAnsiTheme="majorHAnsi" w:cstheme="majorHAnsi"/>
          <w:b/>
        </w:rPr>
        <w:t xml:space="preserve">ADJOURNMENT: </w:t>
      </w:r>
      <w:r w:rsidR="001C0F83" w:rsidRPr="00294B04">
        <w:rPr>
          <w:rFonts w:asciiTheme="majorHAnsi" w:hAnsiTheme="majorHAnsi" w:cstheme="majorHAnsi"/>
        </w:rPr>
        <w:t>Regular Meeting 7:00pm</w:t>
      </w:r>
    </w:p>
    <w:p w14:paraId="2F8DEAF6" w14:textId="786073B9" w:rsidR="003A54AF" w:rsidRPr="00294B04" w:rsidRDefault="001C0F83" w:rsidP="003A54AF">
      <w:pPr>
        <w:spacing w:after="120" w:line="264" w:lineRule="auto"/>
        <w:rPr>
          <w:rFonts w:asciiTheme="majorHAnsi" w:hAnsiTheme="majorHAnsi" w:cstheme="majorHAnsi"/>
        </w:rPr>
      </w:pPr>
      <w:r w:rsidRPr="00294B04">
        <w:rPr>
          <w:rFonts w:asciiTheme="majorHAnsi" w:hAnsiTheme="majorHAnsi" w:cstheme="majorHAnsi"/>
          <w:b/>
          <w:bCs/>
        </w:rPr>
        <w:t xml:space="preserve">      </w:t>
      </w:r>
      <w:r w:rsidR="00D346FB" w:rsidRPr="00294B04">
        <w:rPr>
          <w:rFonts w:asciiTheme="majorHAnsi" w:hAnsiTheme="majorHAnsi" w:cstheme="majorHAnsi"/>
          <w:b/>
          <w:bCs/>
        </w:rPr>
        <w:t xml:space="preserve"> Adjournment</w:t>
      </w:r>
      <w:r w:rsidR="00D346FB" w:rsidRPr="00294B04">
        <w:rPr>
          <w:rFonts w:asciiTheme="majorHAnsi" w:hAnsiTheme="majorHAnsi" w:cstheme="majorHAnsi"/>
        </w:rPr>
        <w:t>:  Closed Session: 7:45pm</w:t>
      </w:r>
    </w:p>
    <w:p w14:paraId="7EA494FA" w14:textId="4C9B2ED5" w:rsidR="003A54AF" w:rsidRPr="005B3E5C" w:rsidRDefault="00000000" w:rsidP="005B3E5C">
      <w:pPr>
        <w:spacing w:before="160" w:after="80" w:line="264" w:lineRule="auto"/>
        <w:jc w:val="center"/>
        <w:rPr>
          <w:rFonts w:asciiTheme="majorHAnsi" w:hAnsiTheme="majorHAnsi" w:cstheme="majorHAnsi"/>
          <w:b/>
        </w:rPr>
      </w:pPr>
      <w:r w:rsidRPr="00294B04">
        <w:rPr>
          <w:rFonts w:asciiTheme="majorHAnsi" w:hAnsiTheme="majorHAnsi" w:cstheme="majorHAnsi"/>
          <w:b/>
        </w:rPr>
        <w:t xml:space="preserve">Next Regular Meeting is scheduled for </w:t>
      </w:r>
      <w:r w:rsidR="009C553A" w:rsidRPr="00294B04">
        <w:rPr>
          <w:rFonts w:asciiTheme="majorHAnsi" w:hAnsiTheme="majorHAnsi" w:cstheme="majorHAnsi"/>
          <w:b/>
        </w:rPr>
        <w:t>August 12</w:t>
      </w:r>
      <w:r w:rsidRPr="00294B04">
        <w:rPr>
          <w:rFonts w:asciiTheme="majorHAnsi" w:hAnsiTheme="majorHAnsi" w:cstheme="majorHAnsi"/>
          <w:b/>
        </w:rPr>
        <w:t>, 2026</w:t>
      </w:r>
    </w:p>
    <w:p w14:paraId="57C838A5" w14:textId="77777777" w:rsidR="003A54AF" w:rsidRPr="00294B04" w:rsidRDefault="003A54AF" w:rsidP="007E7E36">
      <w:pPr>
        <w:pStyle w:val="NoSpacing"/>
        <w:rPr>
          <w:rFonts w:asciiTheme="majorHAnsi" w:hAnsiTheme="majorHAnsi" w:cstheme="majorHAnsi"/>
        </w:rPr>
      </w:pPr>
    </w:p>
    <w:p w14:paraId="2B5926FE" w14:textId="0AF44358" w:rsidR="007E7E36" w:rsidRPr="00294B04" w:rsidRDefault="007E7E36" w:rsidP="007E7E36">
      <w:pPr>
        <w:pStyle w:val="NoSpacing"/>
        <w:rPr>
          <w:rFonts w:asciiTheme="majorHAnsi" w:hAnsiTheme="majorHAnsi" w:cstheme="majorHAnsi"/>
        </w:rPr>
      </w:pPr>
      <w:r w:rsidRPr="00294B04">
        <w:rPr>
          <w:rFonts w:asciiTheme="majorHAnsi" w:hAnsiTheme="majorHAnsi" w:cstheme="majorHAnsi"/>
        </w:rPr>
        <w:t>______________________________</w:t>
      </w:r>
    </w:p>
    <w:p w14:paraId="1639B531" w14:textId="56B4B679" w:rsidR="007E7E36" w:rsidRPr="00294B04" w:rsidRDefault="007E7E36" w:rsidP="007E7E36">
      <w:pPr>
        <w:pStyle w:val="NoSpacing"/>
        <w:rPr>
          <w:rFonts w:asciiTheme="majorHAnsi" w:hAnsiTheme="majorHAnsi" w:cstheme="majorHAnsi"/>
        </w:rPr>
      </w:pPr>
      <w:r w:rsidRPr="00294B04">
        <w:rPr>
          <w:rFonts w:asciiTheme="majorHAnsi" w:hAnsiTheme="majorHAnsi" w:cstheme="majorHAnsi"/>
        </w:rPr>
        <w:lastRenderedPageBreak/>
        <w:t xml:space="preserve">Ronald Barlow, </w:t>
      </w:r>
      <w:r w:rsidR="00EA11C0">
        <w:rPr>
          <w:rFonts w:asciiTheme="majorHAnsi" w:hAnsiTheme="majorHAnsi" w:cstheme="majorHAnsi"/>
        </w:rPr>
        <w:t>Chairman of the Board</w:t>
      </w:r>
    </w:p>
    <w:p w14:paraId="3EE8E740" w14:textId="77777777" w:rsidR="007E7E36" w:rsidRPr="00294B04" w:rsidRDefault="007E7E36" w:rsidP="007E7E36">
      <w:pPr>
        <w:pStyle w:val="NoSpacing"/>
        <w:rPr>
          <w:rFonts w:asciiTheme="majorHAnsi" w:hAnsiTheme="majorHAnsi" w:cstheme="majorHAnsi"/>
        </w:rPr>
      </w:pPr>
    </w:p>
    <w:p w14:paraId="07FC62E9" w14:textId="77777777" w:rsidR="007E7E36" w:rsidRPr="00294B04" w:rsidRDefault="007E7E36" w:rsidP="007E7E36">
      <w:pPr>
        <w:pStyle w:val="NoSpacing"/>
        <w:rPr>
          <w:rFonts w:asciiTheme="majorHAnsi" w:hAnsiTheme="majorHAnsi" w:cstheme="majorHAnsi"/>
        </w:rPr>
      </w:pPr>
      <w:r w:rsidRPr="00294B04">
        <w:rPr>
          <w:rFonts w:asciiTheme="majorHAnsi" w:hAnsiTheme="majorHAnsi" w:cstheme="majorHAnsi"/>
        </w:rPr>
        <w:t>______________________________</w:t>
      </w:r>
    </w:p>
    <w:p w14:paraId="786B4441" w14:textId="5601EC1B" w:rsidR="007E7E36" w:rsidRPr="00294B04" w:rsidRDefault="007E7E36" w:rsidP="007E7E36">
      <w:pPr>
        <w:pStyle w:val="NoSpacing"/>
        <w:rPr>
          <w:rFonts w:asciiTheme="majorHAnsi" w:hAnsiTheme="majorHAnsi" w:cstheme="majorHAnsi"/>
        </w:rPr>
      </w:pPr>
      <w:r w:rsidRPr="00294B04">
        <w:rPr>
          <w:rFonts w:asciiTheme="majorHAnsi" w:hAnsiTheme="majorHAnsi" w:cstheme="majorHAnsi"/>
        </w:rPr>
        <w:t xml:space="preserve">Kaitlyn Combs, Board </w:t>
      </w:r>
      <w:r w:rsidR="00EA11C0">
        <w:rPr>
          <w:rFonts w:asciiTheme="majorHAnsi" w:hAnsiTheme="majorHAnsi" w:cstheme="majorHAnsi"/>
        </w:rPr>
        <w:t>Member</w:t>
      </w:r>
    </w:p>
    <w:p w14:paraId="462679FC" w14:textId="77777777" w:rsidR="007E7E36" w:rsidRPr="00294B04" w:rsidRDefault="007E7E36" w:rsidP="007E7E36">
      <w:pPr>
        <w:pStyle w:val="NoSpacing"/>
        <w:rPr>
          <w:rFonts w:asciiTheme="majorHAnsi" w:hAnsiTheme="majorHAnsi" w:cstheme="majorHAnsi"/>
        </w:rPr>
      </w:pPr>
    </w:p>
    <w:p w14:paraId="4D228280" w14:textId="77777777" w:rsidR="007E7E36" w:rsidRPr="00294B04" w:rsidRDefault="007E7E36" w:rsidP="007E7E36">
      <w:pPr>
        <w:pStyle w:val="NoSpacing"/>
        <w:rPr>
          <w:rFonts w:asciiTheme="majorHAnsi" w:hAnsiTheme="majorHAnsi" w:cstheme="majorHAnsi"/>
        </w:rPr>
      </w:pPr>
      <w:r w:rsidRPr="00294B04">
        <w:rPr>
          <w:rFonts w:asciiTheme="majorHAnsi" w:hAnsiTheme="majorHAnsi" w:cstheme="majorHAnsi"/>
        </w:rPr>
        <w:t>______________________________</w:t>
      </w:r>
    </w:p>
    <w:p w14:paraId="3FF54D0E" w14:textId="6A66E453" w:rsidR="007E7E36" w:rsidRPr="00294B04" w:rsidRDefault="007E7E36" w:rsidP="007E7E36">
      <w:pPr>
        <w:pStyle w:val="NoSpacing"/>
        <w:rPr>
          <w:rFonts w:asciiTheme="majorHAnsi" w:hAnsiTheme="majorHAnsi" w:cstheme="majorHAnsi"/>
        </w:rPr>
      </w:pPr>
      <w:r w:rsidRPr="00294B04">
        <w:rPr>
          <w:rFonts w:asciiTheme="majorHAnsi" w:hAnsiTheme="majorHAnsi" w:cstheme="majorHAnsi"/>
        </w:rPr>
        <w:t xml:space="preserve">Byron Frick, </w:t>
      </w:r>
      <w:r w:rsidR="009C553A" w:rsidRPr="00294B04">
        <w:rPr>
          <w:rFonts w:asciiTheme="majorHAnsi" w:hAnsiTheme="majorHAnsi" w:cstheme="majorHAnsi"/>
        </w:rPr>
        <w:t xml:space="preserve">Board </w:t>
      </w:r>
      <w:r w:rsidR="00EA11C0">
        <w:rPr>
          <w:rFonts w:asciiTheme="majorHAnsi" w:hAnsiTheme="majorHAnsi" w:cstheme="majorHAnsi"/>
        </w:rPr>
        <w:t>Member</w:t>
      </w:r>
    </w:p>
    <w:p w14:paraId="4099E2C9" w14:textId="77777777" w:rsidR="007E7E36" w:rsidRPr="00294B04" w:rsidRDefault="007E7E36" w:rsidP="007E7E36">
      <w:pPr>
        <w:pStyle w:val="NoSpacing"/>
        <w:rPr>
          <w:rFonts w:asciiTheme="majorHAnsi" w:hAnsiTheme="majorHAnsi" w:cstheme="majorHAnsi"/>
        </w:rPr>
      </w:pPr>
    </w:p>
    <w:p w14:paraId="6A9E048C" w14:textId="77777777" w:rsidR="007E7E36" w:rsidRPr="00294B04" w:rsidRDefault="007E7E36" w:rsidP="007E7E36">
      <w:pPr>
        <w:pStyle w:val="NoSpacing"/>
        <w:rPr>
          <w:rFonts w:asciiTheme="majorHAnsi" w:hAnsiTheme="majorHAnsi" w:cstheme="majorHAnsi"/>
        </w:rPr>
      </w:pPr>
      <w:r w:rsidRPr="00294B04">
        <w:rPr>
          <w:rFonts w:asciiTheme="majorHAnsi" w:hAnsiTheme="majorHAnsi" w:cstheme="majorHAnsi"/>
        </w:rPr>
        <w:t>______________________________</w:t>
      </w:r>
    </w:p>
    <w:p w14:paraId="4B214C4B" w14:textId="05D94680" w:rsidR="007E7E36" w:rsidRPr="00294B04" w:rsidRDefault="007E7E36" w:rsidP="007E7E36">
      <w:pPr>
        <w:pStyle w:val="NoSpacing"/>
        <w:rPr>
          <w:rFonts w:asciiTheme="majorHAnsi" w:hAnsiTheme="majorHAnsi" w:cstheme="majorHAnsi"/>
        </w:rPr>
      </w:pPr>
      <w:r w:rsidRPr="00294B04">
        <w:rPr>
          <w:rFonts w:asciiTheme="majorHAnsi" w:hAnsiTheme="majorHAnsi" w:cstheme="majorHAnsi"/>
        </w:rPr>
        <w:t xml:space="preserve">Marla Mora, Board </w:t>
      </w:r>
      <w:r w:rsidR="00EA11C0">
        <w:rPr>
          <w:rFonts w:asciiTheme="majorHAnsi" w:hAnsiTheme="majorHAnsi" w:cstheme="majorHAnsi"/>
        </w:rPr>
        <w:t>Member</w:t>
      </w:r>
    </w:p>
    <w:p w14:paraId="5778C67E" w14:textId="77777777" w:rsidR="007E7E36" w:rsidRPr="00294B04" w:rsidRDefault="007E7E36" w:rsidP="007E7E36">
      <w:pPr>
        <w:pStyle w:val="NoSpacing"/>
        <w:rPr>
          <w:rFonts w:asciiTheme="majorHAnsi" w:hAnsiTheme="majorHAnsi" w:cstheme="majorHAnsi"/>
        </w:rPr>
      </w:pPr>
    </w:p>
    <w:p w14:paraId="4F63A32B" w14:textId="77777777" w:rsidR="007E7E36" w:rsidRPr="00294B04" w:rsidRDefault="007E7E36" w:rsidP="007E7E36">
      <w:pPr>
        <w:pStyle w:val="NoSpacing"/>
        <w:rPr>
          <w:rFonts w:asciiTheme="majorHAnsi" w:hAnsiTheme="majorHAnsi" w:cstheme="majorHAnsi"/>
        </w:rPr>
      </w:pPr>
      <w:r w:rsidRPr="00294B04">
        <w:rPr>
          <w:rFonts w:asciiTheme="majorHAnsi" w:hAnsiTheme="majorHAnsi" w:cstheme="majorHAnsi"/>
        </w:rPr>
        <w:t>______________________________</w:t>
      </w:r>
    </w:p>
    <w:p w14:paraId="095F62AC" w14:textId="3560F888" w:rsidR="007E7E36" w:rsidRPr="00294B04" w:rsidRDefault="007E7E36" w:rsidP="005B3E5C">
      <w:pPr>
        <w:pStyle w:val="NoSpacing"/>
        <w:rPr>
          <w:rFonts w:asciiTheme="majorHAnsi" w:hAnsiTheme="majorHAnsi" w:cstheme="majorHAnsi"/>
        </w:rPr>
      </w:pPr>
      <w:r w:rsidRPr="00294B04">
        <w:rPr>
          <w:rFonts w:asciiTheme="majorHAnsi" w:hAnsiTheme="majorHAnsi" w:cstheme="majorHAnsi"/>
        </w:rPr>
        <w:t xml:space="preserve">Robert Secor, Board </w:t>
      </w:r>
      <w:r w:rsidR="00EA11C0">
        <w:rPr>
          <w:rFonts w:asciiTheme="majorHAnsi" w:hAnsiTheme="majorHAnsi" w:cstheme="majorHAnsi"/>
        </w:rPr>
        <w:t>Member</w:t>
      </w:r>
    </w:p>
    <w:sectPr w:rsidR="007E7E36" w:rsidRPr="00294B04" w:rsidSect="00034616">
      <w:pgSz w:w="12240" w:h="15840"/>
      <w:pgMar w:top="1080" w:right="1224" w:bottom="1080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F22938"/>
    <w:multiLevelType w:val="hybridMultilevel"/>
    <w:tmpl w:val="8AA69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0415D3"/>
    <w:multiLevelType w:val="hybridMultilevel"/>
    <w:tmpl w:val="E50C988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21E2FD3"/>
    <w:multiLevelType w:val="hybridMultilevel"/>
    <w:tmpl w:val="208AB0BC"/>
    <w:lvl w:ilvl="0" w:tplc="9B1AAB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230100"/>
    <w:multiLevelType w:val="hybridMultilevel"/>
    <w:tmpl w:val="A02C1EBC"/>
    <w:lvl w:ilvl="0" w:tplc="9A52BE6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CF3554"/>
    <w:multiLevelType w:val="hybridMultilevel"/>
    <w:tmpl w:val="075A6A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D2B44"/>
    <w:multiLevelType w:val="hybridMultilevel"/>
    <w:tmpl w:val="55B6AE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155B0A"/>
    <w:multiLevelType w:val="hybridMultilevel"/>
    <w:tmpl w:val="7AE89972"/>
    <w:lvl w:ilvl="0" w:tplc="53E4BBA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FB3D5E"/>
    <w:multiLevelType w:val="hybridMultilevel"/>
    <w:tmpl w:val="AA5ACED2"/>
    <w:lvl w:ilvl="0" w:tplc="3410ABD6">
      <w:start w:val="1"/>
      <w:numFmt w:val="lowerLetter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7" w15:restartNumberingAfterBreak="0">
    <w:nsid w:val="61610C01"/>
    <w:multiLevelType w:val="hybridMultilevel"/>
    <w:tmpl w:val="591C20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EA0E80"/>
    <w:multiLevelType w:val="hybridMultilevel"/>
    <w:tmpl w:val="CF50E494"/>
    <w:lvl w:ilvl="0" w:tplc="0409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165688">
    <w:abstractNumId w:val="8"/>
  </w:num>
  <w:num w:numId="2" w16cid:durableId="484976550">
    <w:abstractNumId w:val="6"/>
  </w:num>
  <w:num w:numId="3" w16cid:durableId="1636444294">
    <w:abstractNumId w:val="5"/>
  </w:num>
  <w:num w:numId="4" w16cid:durableId="602877879">
    <w:abstractNumId w:val="4"/>
  </w:num>
  <w:num w:numId="5" w16cid:durableId="655184379">
    <w:abstractNumId w:val="7"/>
  </w:num>
  <w:num w:numId="6" w16cid:durableId="1965034599">
    <w:abstractNumId w:val="3"/>
  </w:num>
  <w:num w:numId="7" w16cid:durableId="11999893">
    <w:abstractNumId w:val="2"/>
  </w:num>
  <w:num w:numId="8" w16cid:durableId="704478521">
    <w:abstractNumId w:val="1"/>
  </w:num>
  <w:num w:numId="9" w16cid:durableId="1725595084">
    <w:abstractNumId w:val="0"/>
  </w:num>
  <w:num w:numId="10" w16cid:durableId="634531867">
    <w:abstractNumId w:val="14"/>
  </w:num>
  <w:num w:numId="11" w16cid:durableId="785855172">
    <w:abstractNumId w:val="15"/>
  </w:num>
  <w:num w:numId="12" w16cid:durableId="321545945">
    <w:abstractNumId w:val="17"/>
  </w:num>
  <w:num w:numId="13" w16cid:durableId="1686978410">
    <w:abstractNumId w:val="10"/>
  </w:num>
  <w:num w:numId="14" w16cid:durableId="643975680">
    <w:abstractNumId w:val="12"/>
  </w:num>
  <w:num w:numId="15" w16cid:durableId="1124734984">
    <w:abstractNumId w:val="11"/>
  </w:num>
  <w:num w:numId="16" w16cid:durableId="1970086347">
    <w:abstractNumId w:val="13"/>
  </w:num>
  <w:num w:numId="17" w16cid:durableId="1815028400">
    <w:abstractNumId w:val="18"/>
  </w:num>
  <w:num w:numId="18" w16cid:durableId="59988654">
    <w:abstractNumId w:val="16"/>
  </w:num>
  <w:num w:numId="19" w16cid:durableId="14308115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EC4"/>
    <w:rsid w:val="00030CB1"/>
    <w:rsid w:val="00034616"/>
    <w:rsid w:val="0006063C"/>
    <w:rsid w:val="00084691"/>
    <w:rsid w:val="00093C43"/>
    <w:rsid w:val="000A2849"/>
    <w:rsid w:val="000A6313"/>
    <w:rsid w:val="000E667A"/>
    <w:rsid w:val="000F5870"/>
    <w:rsid w:val="00112010"/>
    <w:rsid w:val="00135603"/>
    <w:rsid w:val="00140C65"/>
    <w:rsid w:val="00147BBF"/>
    <w:rsid w:val="0015074B"/>
    <w:rsid w:val="00156EDA"/>
    <w:rsid w:val="00164664"/>
    <w:rsid w:val="00164CAD"/>
    <w:rsid w:val="001C0F83"/>
    <w:rsid w:val="001F3CD8"/>
    <w:rsid w:val="00201181"/>
    <w:rsid w:val="00221FD1"/>
    <w:rsid w:val="002506D5"/>
    <w:rsid w:val="00294450"/>
    <w:rsid w:val="00294B04"/>
    <w:rsid w:val="0029639D"/>
    <w:rsid w:val="002971E9"/>
    <w:rsid w:val="002E5E18"/>
    <w:rsid w:val="00326F90"/>
    <w:rsid w:val="00327FB6"/>
    <w:rsid w:val="0036628F"/>
    <w:rsid w:val="003A54AF"/>
    <w:rsid w:val="00425563"/>
    <w:rsid w:val="00446716"/>
    <w:rsid w:val="00480B6F"/>
    <w:rsid w:val="004A2407"/>
    <w:rsid w:val="004C76D7"/>
    <w:rsid w:val="0050123E"/>
    <w:rsid w:val="00532BFC"/>
    <w:rsid w:val="005A7678"/>
    <w:rsid w:val="005B3E5C"/>
    <w:rsid w:val="005F6B9B"/>
    <w:rsid w:val="00610A45"/>
    <w:rsid w:val="0061324F"/>
    <w:rsid w:val="00675747"/>
    <w:rsid w:val="006A7E18"/>
    <w:rsid w:val="006E5913"/>
    <w:rsid w:val="006F598E"/>
    <w:rsid w:val="007966BD"/>
    <w:rsid w:val="007E7E36"/>
    <w:rsid w:val="00844F38"/>
    <w:rsid w:val="00852159"/>
    <w:rsid w:val="008626A4"/>
    <w:rsid w:val="00865BB3"/>
    <w:rsid w:val="008736D2"/>
    <w:rsid w:val="00876AF9"/>
    <w:rsid w:val="00915CB5"/>
    <w:rsid w:val="00921FA9"/>
    <w:rsid w:val="0092207E"/>
    <w:rsid w:val="0093193D"/>
    <w:rsid w:val="0094240D"/>
    <w:rsid w:val="00954E2B"/>
    <w:rsid w:val="009B7749"/>
    <w:rsid w:val="009C553A"/>
    <w:rsid w:val="009D7A13"/>
    <w:rsid w:val="00A339F1"/>
    <w:rsid w:val="00A63760"/>
    <w:rsid w:val="00A90327"/>
    <w:rsid w:val="00A91A8F"/>
    <w:rsid w:val="00AA1D8D"/>
    <w:rsid w:val="00B26BC8"/>
    <w:rsid w:val="00B301FC"/>
    <w:rsid w:val="00B47730"/>
    <w:rsid w:val="00B87AC2"/>
    <w:rsid w:val="00BB1A1E"/>
    <w:rsid w:val="00BB35FD"/>
    <w:rsid w:val="00BD7D1D"/>
    <w:rsid w:val="00BF7710"/>
    <w:rsid w:val="00C0502A"/>
    <w:rsid w:val="00C201D1"/>
    <w:rsid w:val="00C722DA"/>
    <w:rsid w:val="00CA144A"/>
    <w:rsid w:val="00CB0664"/>
    <w:rsid w:val="00CE0AFC"/>
    <w:rsid w:val="00CE5EF2"/>
    <w:rsid w:val="00CE6B76"/>
    <w:rsid w:val="00CF366D"/>
    <w:rsid w:val="00D346FB"/>
    <w:rsid w:val="00D963DD"/>
    <w:rsid w:val="00D9795A"/>
    <w:rsid w:val="00DA70DE"/>
    <w:rsid w:val="00DC0C61"/>
    <w:rsid w:val="00E16828"/>
    <w:rsid w:val="00E44C05"/>
    <w:rsid w:val="00E50985"/>
    <w:rsid w:val="00EA11C0"/>
    <w:rsid w:val="00F74883"/>
    <w:rsid w:val="00FC2CEF"/>
    <w:rsid w:val="00FC3266"/>
    <w:rsid w:val="00FC3B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AFF609"/>
  <w14:defaultImageDpi w14:val="300"/>
  <w15:docId w15:val="{EC88AC99-9CDD-4E5D-86A0-64DA8ACDC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4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Trevor Avram</cp:lastModifiedBy>
  <cp:revision>24</cp:revision>
  <cp:lastPrinted>2026-07-17T00:08:00Z</cp:lastPrinted>
  <dcterms:created xsi:type="dcterms:W3CDTF">2026-07-13T20:07:00Z</dcterms:created>
  <dcterms:modified xsi:type="dcterms:W3CDTF">2026-07-18T17:20:00Z</dcterms:modified>
  <cp:category/>
</cp:coreProperties>
</file>